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AAC" w:rsidRDefault="00966CD8">
      <w:pPr>
        <w:jc w:val="center"/>
        <w:rPr>
          <w:rFonts w:ascii="Cambria" w:hAnsi="Cambria"/>
        </w:rPr>
        <w:sectPr w:rsidR="00367AAC">
          <w:type w:val="continuous"/>
          <w:pgSz w:w="11900" w:h="16850"/>
          <w:pgMar w:top="680" w:right="540" w:bottom="280" w:left="560" w:header="720" w:footer="720" w:gutter="0"/>
          <w:cols w:space="720"/>
        </w:sect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4317891B" wp14:editId="78F39717">
            <wp:extent cx="6858000" cy="9447530"/>
            <wp:effectExtent l="0" t="0" r="0" b="0"/>
            <wp:docPr id="2" name="Рисунок 2" descr="C:\Users\Matrix\Desktop\IMG_202309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IMG_202309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AC" w:rsidRDefault="00A72C33">
      <w:pPr>
        <w:pStyle w:val="1"/>
        <w:spacing w:before="64"/>
        <w:ind w:left="17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67AAC" w:rsidRDefault="00367AAC">
      <w:pPr>
        <w:pStyle w:val="a5"/>
        <w:rPr>
          <w:b/>
          <w:sz w:val="30"/>
        </w:rPr>
      </w:pPr>
    </w:p>
    <w:p w:rsidR="00367AAC" w:rsidRDefault="00A72C33">
      <w:pPr>
        <w:pStyle w:val="a5"/>
        <w:spacing w:line="276" w:lineRule="auto"/>
        <w:ind w:left="107" w:firstLine="180"/>
      </w:pPr>
      <w:r>
        <w:t>Рабочая программа по предмету «Математика» для обучающихся 1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Федеральном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Примерной программы воспитания.</w:t>
      </w:r>
    </w:p>
    <w:p w:rsidR="00367AAC" w:rsidRDefault="00A72C33">
      <w:pPr>
        <w:pStyle w:val="a5"/>
        <w:spacing w:before="181" w:line="280" w:lineRule="auto"/>
        <w:ind w:left="107" w:right="257" w:firstLine="180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367AAC" w:rsidRDefault="00A72C33">
      <w:pPr>
        <w:pStyle w:val="a5"/>
        <w:spacing w:before="179" w:line="261" w:lineRule="auto"/>
        <w:ind w:left="107" w:firstLine="180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9" w:line="276" w:lineRule="auto"/>
        <w:ind w:right="408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80" w:lineRule="auto"/>
        <w:ind w:right="268" w:firstLine="0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построенных на понимании и применении математических отношений («часть-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целое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>больше</w:t>
      </w:r>
      <w:proofErr w:type="spellEnd"/>
      <w:r>
        <w:rPr>
          <w:sz w:val="24"/>
        </w:rPr>
        <w:t>-меньше», «равно-неравно», «порядок»), смысла арифметических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движение, продолжительность события).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80" w:lineRule="auto"/>
        <w:ind w:right="306" w:firstLine="0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 деятельности, пространственного воображения, математической речи;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94" w:line="280" w:lineRule="auto"/>
        <w:ind w:right="312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-4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367AAC" w:rsidRDefault="00367AAC">
      <w:pPr>
        <w:pStyle w:val="a5"/>
        <w:spacing w:before="1"/>
        <w:rPr>
          <w:sz w:val="26"/>
        </w:rPr>
      </w:pPr>
    </w:p>
    <w:p w:rsidR="00367AAC" w:rsidRDefault="00A72C33">
      <w:pPr>
        <w:pStyle w:val="a5"/>
        <w:spacing w:line="261" w:lineRule="auto"/>
        <w:ind w:left="107" w:right="257" w:firstLine="180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ценности 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 младшего</w:t>
      </w:r>
      <w:r>
        <w:rPr>
          <w:spacing w:val="-2"/>
        </w:rPr>
        <w:t xml:space="preserve"> </w:t>
      </w:r>
      <w:r>
        <w:t>школьника: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9" w:line="276" w:lineRule="auto"/>
        <w:ind w:right="135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фактов,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71" w:lineRule="auto"/>
        <w:ind w:right="893" w:firstLine="0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культуры, объекты природы);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71" w:lineRule="auto"/>
        <w:ind w:right="208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 совершенствовать коммуникативную деятельность (аргументировать свою точку 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 или подтверждать истинность</w:t>
      </w:r>
    </w:p>
    <w:p w:rsidR="00367AAC" w:rsidRDefault="00367AAC">
      <w:pPr>
        <w:spacing w:line="271" w:lineRule="auto"/>
        <w:rPr>
          <w:sz w:val="24"/>
        </w:rPr>
        <w:sectPr w:rsidR="00367AAC">
          <w:pgSz w:w="11900" w:h="16850"/>
          <w:pgMar w:top="520" w:right="540" w:bottom="280" w:left="560" w:header="720" w:footer="720" w:gutter="0"/>
          <w:cols w:space="720"/>
        </w:sectPr>
      </w:pPr>
    </w:p>
    <w:p w:rsidR="00367AAC" w:rsidRDefault="00A72C33">
      <w:pPr>
        <w:pStyle w:val="a5"/>
        <w:spacing w:before="60"/>
        <w:ind w:left="527"/>
      </w:pPr>
      <w:r>
        <w:lastRenderedPageBreak/>
        <w:t>предположения).</w:t>
      </w:r>
    </w:p>
    <w:p w:rsidR="00367AAC" w:rsidRDefault="00A72C33">
      <w:pPr>
        <w:pStyle w:val="a5"/>
        <w:spacing w:before="177" w:line="280" w:lineRule="auto"/>
        <w:ind w:left="107" w:right="364" w:firstLine="180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измерить,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величину,</w:t>
      </w:r>
      <w:r>
        <w:rPr>
          <w:spacing w:val="-4"/>
        </w:rPr>
        <w:t xml:space="preserve"> </w:t>
      </w:r>
      <w:r>
        <w:t>форму,</w:t>
      </w:r>
      <w:r>
        <w:rPr>
          <w:spacing w:val="-3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графическими</w:t>
      </w:r>
      <w:r>
        <w:rPr>
          <w:spacing w:val="-1"/>
        </w:rPr>
        <w:t xml:space="preserve"> </w:t>
      </w:r>
      <w:r>
        <w:t>(таблица, диаграмма, схема).</w:t>
      </w:r>
    </w:p>
    <w:p w:rsidR="00367AAC" w:rsidRDefault="00A72C33">
      <w:pPr>
        <w:pStyle w:val="a5"/>
        <w:spacing w:before="72" w:line="285" w:lineRule="auto"/>
        <w:ind w:left="107" w:right="303" w:firstLine="180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характеристики,</w:t>
      </w:r>
      <w:r>
        <w:rPr>
          <w:spacing w:val="-3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алгоритмы,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предпосылкой</w:t>
      </w:r>
      <w:r>
        <w:rPr>
          <w:spacing w:val="2"/>
        </w:rPr>
        <w:t xml:space="preserve"> </w:t>
      </w:r>
      <w:r>
        <w:t>успешного 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:rsidR="00367AAC" w:rsidRDefault="00A72C33">
      <w:pPr>
        <w:pStyle w:val="a5"/>
        <w:spacing w:before="184"/>
        <w:ind w:left="287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часа.</w:t>
      </w:r>
    </w:p>
    <w:p w:rsidR="00367AAC" w:rsidRDefault="00367AAC">
      <w:pPr>
        <w:sectPr w:rsidR="00367AAC">
          <w:pgSz w:w="11900" w:h="16850"/>
          <w:pgMar w:top="500" w:right="540" w:bottom="280" w:left="560" w:header="720" w:footer="720" w:gutter="0"/>
          <w:cols w:space="720"/>
        </w:sectPr>
      </w:pPr>
    </w:p>
    <w:p w:rsidR="00367AAC" w:rsidRDefault="00A72C33">
      <w:pPr>
        <w:pStyle w:val="1"/>
        <w:spacing w:before="64"/>
        <w:ind w:left="0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367AAC" w:rsidRDefault="00367AAC">
      <w:pPr>
        <w:pStyle w:val="a5"/>
        <w:rPr>
          <w:b/>
          <w:sz w:val="30"/>
        </w:rPr>
      </w:pPr>
    </w:p>
    <w:p w:rsidR="00367AAC" w:rsidRDefault="00A72C33">
      <w:pPr>
        <w:pStyle w:val="a5"/>
        <w:ind w:left="287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разделами:</w:t>
      </w:r>
      <w:r>
        <w:rPr>
          <w:spacing w:val="2"/>
        </w:rPr>
        <w:t xml:space="preserve"> </w:t>
      </w:r>
      <w:r>
        <w:t>«Числа</w:t>
      </w:r>
      <w:r>
        <w:rPr>
          <w:spacing w:val="-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величины»,</w:t>
      </w:r>
    </w:p>
    <w:p w:rsidR="00367AAC" w:rsidRDefault="00A72C33">
      <w:pPr>
        <w:pStyle w:val="a5"/>
        <w:spacing w:before="37" w:line="268" w:lineRule="auto"/>
        <w:ind w:left="107"/>
      </w:pPr>
      <w:r>
        <w:t>«Арифметические</w:t>
      </w:r>
      <w:r>
        <w:rPr>
          <w:spacing w:val="-6"/>
        </w:rPr>
        <w:t xml:space="preserve"> </w:t>
      </w:r>
      <w:r>
        <w:t>действия»,</w:t>
      </w:r>
      <w:r>
        <w:rPr>
          <w:spacing w:val="-1"/>
        </w:rPr>
        <w:t xml:space="preserve"> </w:t>
      </w:r>
      <w:r>
        <w:t>«Текстовые</w:t>
      </w:r>
      <w:r>
        <w:rPr>
          <w:spacing w:val="-7"/>
        </w:rPr>
        <w:t xml:space="preserve"> </w:t>
      </w:r>
      <w:r>
        <w:t>задачи»,</w:t>
      </w:r>
      <w:r>
        <w:rPr>
          <w:spacing w:val="-1"/>
        </w:rPr>
        <w:t xml:space="preserve"> </w:t>
      </w:r>
      <w:r>
        <w:t>«Пространственные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 информация».</w:t>
      </w:r>
    </w:p>
    <w:p w:rsidR="00367AAC" w:rsidRDefault="00A72C33">
      <w:pPr>
        <w:pStyle w:val="1"/>
        <w:spacing w:before="193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367AAC" w:rsidRDefault="00A72C33">
      <w:pPr>
        <w:pStyle w:val="a5"/>
        <w:spacing w:before="36" w:line="271" w:lineRule="auto"/>
        <w:ind w:left="107" w:right="929" w:firstLine="180"/>
      </w:pPr>
      <w:r>
        <w:t>Числа от 1 до 9: различение, чтение, запись. Единица счёта. Десяток. Счёт предметов, 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367AAC" w:rsidRDefault="00A72C33">
      <w:pPr>
        <w:pStyle w:val="a5"/>
        <w:spacing w:before="70" w:line="264" w:lineRule="auto"/>
        <w:ind w:left="107" w:firstLine="180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20:</w:t>
      </w:r>
      <w:r>
        <w:rPr>
          <w:spacing w:val="-2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сравнение.</w:t>
      </w:r>
      <w:r>
        <w:rPr>
          <w:spacing w:val="5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двузначные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367AAC" w:rsidRDefault="00A72C33">
      <w:pPr>
        <w:pStyle w:val="a5"/>
        <w:spacing w:before="67" w:line="264" w:lineRule="auto"/>
        <w:ind w:left="107" w:right="535" w:firstLine="180"/>
      </w:pPr>
      <w:r>
        <w:t>Длина и её измерение. Единицы длины: сантиметр, дециметр; установление соотношения между</w:t>
      </w:r>
      <w:r>
        <w:rPr>
          <w:spacing w:val="-57"/>
        </w:rPr>
        <w:t xml:space="preserve"> </w:t>
      </w:r>
      <w:r>
        <w:t>ними.</w:t>
      </w:r>
    </w:p>
    <w:p w:rsidR="00367AAC" w:rsidRDefault="00A72C33">
      <w:pPr>
        <w:pStyle w:val="1"/>
        <w:spacing w:before="185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367AAC" w:rsidRDefault="00A72C33">
      <w:pPr>
        <w:pStyle w:val="a5"/>
        <w:spacing w:before="36" w:line="271" w:lineRule="auto"/>
        <w:ind w:left="107" w:firstLine="180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3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 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367AAC" w:rsidRDefault="00A72C33">
      <w:pPr>
        <w:pStyle w:val="1"/>
        <w:spacing w:before="19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67AAC" w:rsidRDefault="00A72C33">
      <w:pPr>
        <w:pStyle w:val="a5"/>
        <w:spacing w:before="36" w:line="271" w:lineRule="auto"/>
        <w:ind w:left="107" w:firstLine="180"/>
      </w:pPr>
      <w:r>
        <w:t>Текстовая</w:t>
      </w:r>
      <w:r>
        <w:rPr>
          <w:spacing w:val="-4"/>
        </w:rPr>
        <w:t xml:space="preserve"> </w:t>
      </w:r>
      <w:r>
        <w:t>задача:</w:t>
      </w:r>
      <w:r>
        <w:rPr>
          <w:spacing w:val="-3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элементы,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367AAC" w:rsidRDefault="00A72C33">
      <w:pPr>
        <w:pStyle w:val="1"/>
        <w:spacing w:before="190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367AAC" w:rsidRDefault="00A72C33">
      <w:pPr>
        <w:pStyle w:val="a5"/>
        <w:spacing w:before="36" w:line="268" w:lineRule="auto"/>
        <w:ind w:left="107" w:right="257" w:firstLine="180"/>
      </w:pPr>
      <w:r>
        <w:t>Расположение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пространстве:</w:t>
      </w:r>
      <w:r>
        <w:rPr>
          <w:spacing w:val="-3"/>
        </w:rPr>
        <w:t xml:space="preserve"> </w:t>
      </w:r>
      <w:r>
        <w:t>слева/справа,</w:t>
      </w:r>
      <w:r>
        <w:rPr>
          <w:spacing w:val="-2"/>
        </w:rPr>
        <w:t xml:space="preserve"> </w:t>
      </w:r>
      <w:r>
        <w:t>сверху/снизу,</w:t>
      </w:r>
      <w:r>
        <w:rPr>
          <w:spacing w:val="-57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367AAC" w:rsidRDefault="00A72C33">
      <w:pPr>
        <w:pStyle w:val="a5"/>
        <w:spacing w:before="73" w:line="271" w:lineRule="auto"/>
        <w:ind w:left="107" w:firstLine="180"/>
      </w:pP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треугольника,</w:t>
      </w:r>
      <w:r>
        <w:rPr>
          <w:spacing w:val="-6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отрезка.</w:t>
      </w:r>
      <w:r>
        <w:rPr>
          <w:spacing w:val="-6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отрезка, квадрата, треугольника с помощью линейки на листе в клетку; измерение длины отрезка в</w:t>
      </w:r>
      <w:r>
        <w:rPr>
          <w:spacing w:val="1"/>
        </w:rPr>
        <w:t xml:space="preserve"> </w:t>
      </w:r>
      <w:r>
        <w:t>сантиметрах.</w:t>
      </w:r>
    </w:p>
    <w:p w:rsidR="00367AAC" w:rsidRDefault="00A72C33">
      <w:pPr>
        <w:pStyle w:val="1"/>
        <w:spacing w:before="19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367AAC" w:rsidRDefault="00A72C33">
      <w:pPr>
        <w:pStyle w:val="a5"/>
        <w:spacing w:before="36" w:line="271" w:lineRule="auto"/>
        <w:ind w:left="107" w:firstLine="180"/>
      </w:pPr>
      <w:r>
        <w:t>Сбор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(количество,</w:t>
      </w:r>
      <w:r>
        <w:rPr>
          <w:spacing w:val="-2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размер).</w:t>
      </w:r>
      <w:r>
        <w:rPr>
          <w:spacing w:val="-1"/>
        </w:rPr>
        <w:t xml:space="preserve"> </w:t>
      </w:r>
      <w:r>
        <w:t>Группировка объектов по заданному</w:t>
      </w:r>
      <w:r>
        <w:rPr>
          <w:spacing w:val="-5"/>
        </w:rPr>
        <w:t xml:space="preserve"> </w:t>
      </w:r>
      <w:r>
        <w:t>признаку.</w:t>
      </w:r>
    </w:p>
    <w:p w:rsidR="00367AAC" w:rsidRDefault="00A72C33">
      <w:pPr>
        <w:pStyle w:val="a5"/>
        <w:spacing w:before="60"/>
        <w:ind w:left="287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367AAC" w:rsidRDefault="00A72C33">
      <w:pPr>
        <w:pStyle w:val="a5"/>
        <w:spacing w:before="67" w:line="264" w:lineRule="auto"/>
        <w:ind w:left="107" w:right="257" w:firstLine="180"/>
      </w:pP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составленные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367AAC" w:rsidRDefault="00A72C33">
      <w:pPr>
        <w:pStyle w:val="a5"/>
        <w:spacing w:before="67" w:line="271" w:lineRule="auto"/>
        <w:ind w:left="107" w:right="257" w:firstLine="180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 данными</w:t>
      </w:r>
      <w:r>
        <w:rPr>
          <w:spacing w:val="-57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367AAC" w:rsidRDefault="00A72C33">
      <w:pPr>
        <w:pStyle w:val="a5"/>
        <w:spacing w:before="71" w:line="264" w:lineRule="auto"/>
        <w:ind w:left="107" w:right="846" w:firstLine="180"/>
      </w:pPr>
      <w:r>
        <w:t>Двух-</w:t>
      </w:r>
      <w:proofErr w:type="spellStart"/>
      <w:r>
        <w:t>трёхшаговые</w:t>
      </w:r>
      <w:proofErr w:type="spellEnd"/>
      <w:r>
        <w:t xml:space="preserve"> инструкции, связанные с вычислением, измерением длины, изображением</w:t>
      </w:r>
      <w:r>
        <w:rPr>
          <w:spacing w:val="-58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367AAC" w:rsidRDefault="00A72C33">
      <w:pPr>
        <w:pStyle w:val="1"/>
        <w:spacing w:before="175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367AAC" w:rsidRDefault="00A72C33">
      <w:pPr>
        <w:spacing w:before="178"/>
        <w:ind w:left="28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68"/>
        <w:ind w:left="887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8"/>
        <w:ind w:left="887"/>
        <w:rPr>
          <w:sz w:val="24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80"/>
        <w:ind w:left="88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7"/>
        <w:ind w:left="887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8"/>
        <w:ind w:left="887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</w:p>
    <w:p w:rsidR="00367AAC" w:rsidRDefault="00367AAC">
      <w:pPr>
        <w:rPr>
          <w:sz w:val="24"/>
        </w:rPr>
        <w:sectPr w:rsidR="00367AAC">
          <w:pgSz w:w="11900" w:h="16850"/>
          <w:pgMar w:top="520" w:right="540" w:bottom="280" w:left="560" w:header="720" w:footer="720" w:gutter="0"/>
          <w:cols w:space="720"/>
        </w:sectPr>
      </w:pPr>
    </w:p>
    <w:p w:rsidR="00367AAC" w:rsidRDefault="00A72C33">
      <w:pPr>
        <w:pStyle w:val="a5"/>
        <w:spacing w:before="69"/>
        <w:ind w:left="527"/>
      </w:pPr>
      <w:r>
        <w:lastRenderedPageBreak/>
        <w:t>основанию;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03" w:line="328" w:lineRule="auto"/>
        <w:ind w:right="969" w:firstLine="0"/>
        <w:rPr>
          <w:sz w:val="24"/>
        </w:rPr>
      </w:pPr>
      <w:r>
        <w:rPr>
          <w:sz w:val="24"/>
        </w:rPr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"/>
        <w:ind w:left="887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367AAC" w:rsidRDefault="00367AAC">
      <w:pPr>
        <w:pStyle w:val="a5"/>
        <w:spacing w:before="4"/>
      </w:pPr>
    </w:p>
    <w:p w:rsidR="00367AAC" w:rsidRDefault="00A72C33">
      <w:pPr>
        <w:spacing w:before="1"/>
        <w:ind w:left="287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98" w:line="326" w:lineRule="auto"/>
        <w:ind w:right="271" w:firstLine="0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средств: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таблица, рисунок, схема;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"/>
        <w:ind w:left="887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367AAC" w:rsidRDefault="00367AAC">
      <w:pPr>
        <w:pStyle w:val="a5"/>
        <w:spacing w:before="2"/>
      </w:pPr>
    </w:p>
    <w:p w:rsidR="00367AAC" w:rsidRDefault="00A72C33">
      <w:pPr>
        <w:ind w:left="28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10" w:line="336" w:lineRule="auto"/>
        <w:ind w:right="121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" w:line="336" w:lineRule="auto"/>
        <w:ind w:right="1109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отношение, 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0" w:line="336" w:lineRule="auto"/>
        <w:ind w:right="656" w:firstLine="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0"/>
        <w:ind w:left="887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367AAC" w:rsidRDefault="00367AAC">
      <w:pPr>
        <w:pStyle w:val="a5"/>
        <w:spacing w:before="1"/>
        <w:rPr>
          <w:sz w:val="25"/>
        </w:rPr>
      </w:pPr>
    </w:p>
    <w:p w:rsidR="00367AAC" w:rsidRDefault="00A72C33">
      <w:pPr>
        <w:ind w:left="28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27"/>
        <w:ind w:left="887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25"/>
        <w:ind w:left="887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27" w:line="350" w:lineRule="auto"/>
        <w:ind w:right="82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0" w:line="275" w:lineRule="exact"/>
        <w:ind w:left="887"/>
        <w:rPr>
          <w:sz w:val="24"/>
        </w:rPr>
      </w:pP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367AAC" w:rsidRDefault="00367AAC">
      <w:pPr>
        <w:pStyle w:val="a5"/>
        <w:spacing w:before="6"/>
        <w:rPr>
          <w:sz w:val="26"/>
        </w:rPr>
      </w:pPr>
    </w:p>
    <w:p w:rsidR="00367AAC" w:rsidRDefault="00A72C33">
      <w:pPr>
        <w:ind w:left="28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91"/>
        </w:tabs>
        <w:spacing w:before="98"/>
        <w:ind w:left="890" w:hanging="364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01" w:line="326" w:lineRule="auto"/>
        <w:ind w:right="266" w:firstLine="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и 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367AAC" w:rsidRDefault="00367AAC">
      <w:pPr>
        <w:spacing w:line="326" w:lineRule="auto"/>
        <w:rPr>
          <w:sz w:val="24"/>
        </w:rPr>
        <w:sectPr w:rsidR="00367AAC">
          <w:pgSz w:w="11900" w:h="16850"/>
          <w:pgMar w:top="500" w:right="540" w:bottom="280" w:left="560" w:header="720" w:footer="720" w:gutter="0"/>
          <w:cols w:space="720"/>
        </w:sectPr>
      </w:pPr>
    </w:p>
    <w:p w:rsidR="00367AAC" w:rsidRDefault="00A72C33">
      <w:pPr>
        <w:pStyle w:val="1"/>
        <w:spacing w:before="64"/>
        <w:ind w:left="0"/>
        <w:jc w:val="center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:rsidR="00367AAC" w:rsidRDefault="00367AAC">
      <w:pPr>
        <w:pStyle w:val="a5"/>
        <w:rPr>
          <w:b/>
          <w:sz w:val="30"/>
        </w:rPr>
      </w:pPr>
    </w:p>
    <w:p w:rsidR="00367AAC" w:rsidRDefault="00A72C33">
      <w:pPr>
        <w:pStyle w:val="a5"/>
        <w:spacing w:line="261" w:lineRule="auto"/>
        <w:ind w:left="107" w:firstLine="180"/>
      </w:pPr>
      <w:r>
        <w:t>Изучение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367AAC" w:rsidRDefault="00367AAC">
      <w:pPr>
        <w:pStyle w:val="a5"/>
        <w:rPr>
          <w:sz w:val="22"/>
        </w:rPr>
      </w:pPr>
    </w:p>
    <w:p w:rsidR="00367AAC" w:rsidRDefault="00A72C33">
      <w:pPr>
        <w:pStyle w:val="1"/>
        <w:ind w:left="107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367AAC" w:rsidRDefault="00A72C33">
      <w:pPr>
        <w:pStyle w:val="a5"/>
        <w:spacing w:before="164" w:line="264" w:lineRule="auto"/>
        <w:ind w:left="107" w:right="418" w:firstLine="180"/>
      </w:pPr>
      <w:r>
        <w:t>В результате изучения предмета «Математика»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3" w:line="264" w:lineRule="auto"/>
        <w:ind w:right="339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человека;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89" w:line="261" w:lineRule="auto"/>
        <w:ind w:right="740" w:firstLine="0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опровергать их;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91" w:line="271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78"/>
        <w:ind w:left="887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61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71" w:lineRule="auto"/>
        <w:ind w:right="527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уверенность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 трудности;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line="261" w:lineRule="auto"/>
        <w:ind w:right="101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81"/>
        <w:ind w:left="887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367AAC" w:rsidRDefault="00A72C33">
      <w:pPr>
        <w:pStyle w:val="a7"/>
        <w:numPr>
          <w:ilvl w:val="0"/>
          <w:numId w:val="4"/>
        </w:numPr>
        <w:tabs>
          <w:tab w:val="left" w:pos="888"/>
        </w:tabs>
        <w:spacing w:before="188" w:line="271" w:lineRule="auto"/>
        <w:ind w:right="458" w:firstLine="0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проблем, задач.</w:t>
      </w:r>
    </w:p>
    <w:p w:rsidR="00367AAC" w:rsidRDefault="00367AAC">
      <w:pPr>
        <w:pStyle w:val="a5"/>
        <w:spacing w:before="4"/>
        <w:rPr>
          <w:sz w:val="27"/>
        </w:rPr>
      </w:pPr>
    </w:p>
    <w:p w:rsidR="00367AAC" w:rsidRDefault="00A72C33">
      <w:pPr>
        <w:pStyle w:val="1"/>
        <w:ind w:left="10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367AAC" w:rsidRDefault="00A72C33">
      <w:pPr>
        <w:pStyle w:val="a5"/>
        <w:spacing w:before="156"/>
        <w:ind w:left="28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следующие 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367AAC" w:rsidRDefault="00A72C33">
      <w:pPr>
        <w:pStyle w:val="1"/>
        <w:spacing w:before="180"/>
      </w:pPr>
      <w:r>
        <w:t>Универсальные</w:t>
      </w:r>
      <w:r>
        <w:rPr>
          <w:spacing w:val="56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367AAC" w:rsidRDefault="00A72C33">
      <w:pPr>
        <w:pStyle w:val="a7"/>
        <w:numPr>
          <w:ilvl w:val="0"/>
          <w:numId w:val="3"/>
        </w:numPr>
        <w:tabs>
          <w:tab w:val="left" w:pos="604"/>
        </w:tabs>
        <w:spacing w:before="18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91"/>
        </w:tabs>
        <w:spacing w:before="175" w:line="264" w:lineRule="auto"/>
        <w:ind w:right="1122" w:firstLine="0"/>
        <w:rPr>
          <w:sz w:val="24"/>
        </w:rPr>
      </w:pPr>
      <w:r>
        <w:rPr>
          <w:sz w:val="24"/>
        </w:rPr>
        <w:t>устанавливать связи и зависимости между математическими объектами 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протяжённость);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85" w:line="264" w:lineRule="auto"/>
        <w:ind w:right="478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85" w:line="264" w:lineRule="auto"/>
        <w:ind w:right="678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87" w:line="261" w:lineRule="auto"/>
        <w:ind w:right="511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 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проблемой.</w:t>
      </w:r>
    </w:p>
    <w:p w:rsidR="00367AAC" w:rsidRDefault="00A72C33">
      <w:pPr>
        <w:pStyle w:val="a7"/>
        <w:numPr>
          <w:ilvl w:val="0"/>
          <w:numId w:val="3"/>
        </w:numPr>
        <w:tabs>
          <w:tab w:val="left" w:pos="604"/>
        </w:tabs>
        <w:spacing w:before="16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367AAC" w:rsidRDefault="00367AAC">
      <w:pPr>
        <w:rPr>
          <w:sz w:val="24"/>
        </w:rPr>
        <w:sectPr w:rsidR="00367AAC">
          <w:pgSz w:w="11900" w:h="16850"/>
          <w:pgMar w:top="520" w:right="540" w:bottom="280" w:left="560" w:header="720" w:footer="720" w:gutter="0"/>
          <w:cols w:space="720"/>
        </w:sectPr>
      </w:pP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61" w:line="264" w:lineRule="auto"/>
        <w:ind w:right="1156" w:firstLine="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85" w:line="264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78"/>
        <w:ind w:left="887"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вариантов)</w:t>
      </w:r>
    </w:p>
    <w:p w:rsidR="00367AAC" w:rsidRDefault="00A72C33">
      <w:pPr>
        <w:pStyle w:val="a7"/>
        <w:numPr>
          <w:ilvl w:val="0"/>
          <w:numId w:val="3"/>
        </w:numPr>
        <w:tabs>
          <w:tab w:val="left" w:pos="608"/>
        </w:tabs>
        <w:spacing w:before="166"/>
        <w:ind w:left="607" w:hanging="3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75" w:line="264" w:lineRule="auto"/>
        <w:ind w:right="264" w:firstLine="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line="261" w:lineRule="auto"/>
        <w:ind w:right="1103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line="261" w:lineRule="auto"/>
        <w:ind w:right="731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91" w:line="264" w:lineRule="auto"/>
        <w:ind w:right="196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367AAC" w:rsidRDefault="00A72C33">
      <w:pPr>
        <w:pStyle w:val="1"/>
        <w:spacing w:before="163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367AAC" w:rsidRDefault="00367AAC">
      <w:pPr>
        <w:pStyle w:val="a5"/>
        <w:spacing w:before="10"/>
        <w:rPr>
          <w:b/>
        </w:rPr>
      </w:pP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0"/>
        <w:ind w:left="887"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228"/>
        <w:ind w:left="887"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67"/>
        </w:tabs>
        <w:spacing w:before="226"/>
        <w:ind w:left="866"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228"/>
        <w:ind w:left="887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367AAC" w:rsidRDefault="00367AAC">
      <w:pPr>
        <w:pStyle w:val="a5"/>
        <w:spacing w:before="5"/>
        <w:rPr>
          <w:sz w:val="20"/>
        </w:rPr>
      </w:pP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0" w:line="264" w:lineRule="auto"/>
        <w:ind w:right="511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233" w:line="271" w:lineRule="auto"/>
        <w:ind w:right="250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367AAC" w:rsidRDefault="00367AAC">
      <w:pPr>
        <w:pStyle w:val="a5"/>
        <w:spacing w:before="10"/>
        <w:rPr>
          <w:sz w:val="20"/>
        </w:rPr>
      </w:pP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1" w:line="271" w:lineRule="auto"/>
        <w:ind w:right="304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отрезка);</w:t>
      </w: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226"/>
        <w:ind w:left="887"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деформированные;</w:t>
      </w:r>
    </w:p>
    <w:p w:rsidR="00367AAC" w:rsidRDefault="00367AAC">
      <w:pPr>
        <w:pStyle w:val="a5"/>
        <w:spacing w:before="8"/>
        <w:rPr>
          <w:sz w:val="20"/>
        </w:rPr>
      </w:pPr>
    </w:p>
    <w:p w:rsidR="00367AAC" w:rsidRDefault="00A72C33">
      <w:pPr>
        <w:pStyle w:val="a7"/>
        <w:numPr>
          <w:ilvl w:val="1"/>
          <w:numId w:val="3"/>
        </w:numPr>
        <w:tabs>
          <w:tab w:val="left" w:pos="888"/>
        </w:tabs>
        <w:spacing w:before="0" w:line="261" w:lineRule="auto"/>
        <w:ind w:right="43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proofErr w:type="gramStart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изученным.</w:t>
      </w:r>
    </w:p>
    <w:p w:rsidR="00367AAC" w:rsidRDefault="00A72C33">
      <w:pPr>
        <w:pStyle w:val="1"/>
        <w:spacing w:before="169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367AAC" w:rsidRDefault="00A72C33">
      <w:pPr>
        <w:pStyle w:val="a7"/>
        <w:numPr>
          <w:ilvl w:val="0"/>
          <w:numId w:val="2"/>
        </w:numPr>
        <w:tabs>
          <w:tab w:val="left" w:pos="604"/>
        </w:tabs>
        <w:spacing w:before="177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68"/>
        <w:ind w:left="887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7" w:line="264" w:lineRule="auto"/>
        <w:ind w:right="1077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67AAC" w:rsidRDefault="00A72C33">
      <w:pPr>
        <w:pStyle w:val="a7"/>
        <w:numPr>
          <w:ilvl w:val="0"/>
          <w:numId w:val="2"/>
        </w:numPr>
        <w:tabs>
          <w:tab w:val="left" w:pos="604"/>
        </w:tabs>
        <w:spacing w:before="164"/>
        <w:rPr>
          <w:i/>
          <w:sz w:val="24"/>
        </w:rPr>
      </w:pPr>
      <w:r>
        <w:rPr>
          <w:i/>
          <w:sz w:val="24"/>
        </w:rPr>
        <w:t>Самоконтроль: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68"/>
        <w:ind w:left="88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367AAC" w:rsidRDefault="00367AAC">
      <w:pPr>
        <w:rPr>
          <w:sz w:val="24"/>
        </w:rPr>
        <w:sectPr w:rsidR="00367AAC">
          <w:pgSz w:w="11900" w:h="16850"/>
          <w:pgMar w:top="640" w:right="540" w:bottom="280" w:left="560" w:header="720" w:footer="720" w:gutter="0"/>
          <w:cols w:space="720"/>
        </w:sectPr>
      </w:pP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76"/>
        <w:ind w:left="887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9" w:line="261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ошибок.</w:t>
      </w:r>
    </w:p>
    <w:p w:rsidR="00367AAC" w:rsidRDefault="00A72C33">
      <w:pPr>
        <w:pStyle w:val="a7"/>
        <w:numPr>
          <w:ilvl w:val="0"/>
          <w:numId w:val="2"/>
        </w:numPr>
        <w:tabs>
          <w:tab w:val="left" w:pos="604"/>
        </w:tabs>
        <w:spacing w:before="169"/>
        <w:ind w:left="604"/>
        <w:rPr>
          <w:i/>
          <w:sz w:val="24"/>
        </w:rPr>
      </w:pPr>
      <w:r>
        <w:rPr>
          <w:i/>
          <w:sz w:val="24"/>
        </w:rPr>
        <w:t>Самооценка: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76" w:line="271" w:lineRule="auto"/>
        <w:ind w:right="269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0"/>
        <w:ind w:left="887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367AAC" w:rsidRDefault="00A72C33">
      <w:pPr>
        <w:pStyle w:val="1"/>
        <w:spacing w:before="168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91"/>
        </w:tabs>
        <w:spacing w:before="178" w:line="271" w:lineRule="auto"/>
        <w:ind w:right="959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 перебора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line="264" w:lineRule="auto"/>
        <w:ind w:right="348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5" w:line="264" w:lineRule="auto"/>
        <w:ind w:right="530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367AAC" w:rsidRDefault="00367AAC">
      <w:pPr>
        <w:pStyle w:val="a5"/>
        <w:spacing w:before="8"/>
        <w:rPr>
          <w:sz w:val="26"/>
        </w:rPr>
      </w:pPr>
    </w:p>
    <w:p w:rsidR="00367AAC" w:rsidRDefault="00A72C33">
      <w:pPr>
        <w:pStyle w:val="1"/>
        <w:spacing w:before="1"/>
        <w:ind w:left="10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367AAC" w:rsidRDefault="00A72C33">
      <w:pPr>
        <w:pStyle w:val="a5"/>
        <w:spacing w:before="156"/>
        <w:ind w:left="28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65"/>
        <w:ind w:left="887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9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78"/>
        <w:ind w:left="887"/>
        <w:rPr>
          <w:sz w:val="24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0"/>
        <w:ind w:left="887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7" w:line="271" w:lineRule="auto"/>
        <w:ind w:right="575" w:firstLine="0"/>
        <w:rPr>
          <w:sz w:val="24"/>
        </w:rPr>
      </w:pPr>
      <w:r>
        <w:rPr>
          <w:sz w:val="24"/>
        </w:rPr>
        <w:t>выполнять арифметические действия сложения и вычитания в пределах 20 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десяток;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сумма) 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 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line="264" w:lineRule="auto"/>
        <w:ind w:right="821" w:firstLine="0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 условие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8" w:line="264" w:lineRule="auto"/>
        <w:ind w:right="99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5" w:line="264" w:lineRule="auto"/>
        <w:ind w:right="379" w:firstLine="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5" w:line="264" w:lineRule="auto"/>
        <w:ind w:right="1316" w:firstLine="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цифру;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(квадрат), отрезок;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91"/>
        </w:tabs>
        <w:spacing w:before="187" w:line="261" w:lineRule="auto"/>
        <w:ind w:right="332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91" w:line="264" w:lineRule="auto"/>
        <w:ind w:right="38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объектов/предметов;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4" w:line="264" w:lineRule="auto"/>
        <w:ind w:right="485" w:firstLine="0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67AAC" w:rsidRDefault="00367AAC">
      <w:pPr>
        <w:spacing w:line="264" w:lineRule="auto"/>
        <w:rPr>
          <w:sz w:val="24"/>
        </w:rPr>
        <w:sectPr w:rsidR="00367AAC">
          <w:pgSz w:w="11900" w:h="16850"/>
          <w:pgMar w:top="640" w:right="540" w:bottom="280" w:left="560" w:header="720" w:footer="720" w:gutter="0"/>
          <w:cols w:space="720"/>
        </w:sectPr>
      </w:pP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73" w:line="264" w:lineRule="auto"/>
        <w:ind w:right="342" w:firstLine="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:rsidR="00367AAC" w:rsidRDefault="00A72C33">
      <w:pPr>
        <w:pStyle w:val="a7"/>
        <w:numPr>
          <w:ilvl w:val="1"/>
          <w:numId w:val="2"/>
        </w:numPr>
        <w:tabs>
          <w:tab w:val="left" w:pos="888"/>
        </w:tabs>
        <w:spacing w:before="185" w:line="264" w:lineRule="auto"/>
        <w:ind w:right="203" w:firstLine="0"/>
        <w:rPr>
          <w:sz w:val="24"/>
        </w:rPr>
      </w:pPr>
      <w:r>
        <w:rPr>
          <w:sz w:val="24"/>
        </w:rPr>
        <w:t>сравнивать два объекта (числа, геометрические фигуры); распределять объекты на две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основанию.</w:t>
      </w:r>
    </w:p>
    <w:p w:rsidR="00367AAC" w:rsidRDefault="00367AAC">
      <w:pPr>
        <w:spacing w:line="264" w:lineRule="auto"/>
        <w:rPr>
          <w:sz w:val="24"/>
        </w:rPr>
        <w:sectPr w:rsidR="00367AAC">
          <w:pgSz w:w="11900" w:h="16850"/>
          <w:pgMar w:top="580" w:right="540" w:bottom="280" w:left="560" w:header="720" w:footer="720" w:gutter="0"/>
          <w:cols w:space="720"/>
        </w:sectPr>
      </w:pPr>
    </w:p>
    <w:p w:rsidR="00367AAC" w:rsidRDefault="00A72C33">
      <w:pPr>
        <w:pStyle w:val="a5"/>
        <w:spacing w:before="66"/>
        <w:ind w:left="5855" w:right="5854"/>
        <w:jc w:val="center"/>
      </w:pPr>
      <w:r>
        <w:lastRenderedPageBreak/>
        <w:t>ТЕМАТИЧЕСКОЕ</w:t>
      </w:r>
      <w:r>
        <w:rPr>
          <w:spacing w:val="8"/>
        </w:rPr>
        <w:t xml:space="preserve"> </w:t>
      </w:r>
      <w:r>
        <w:t>ПЛАНИРОВАНИЕ</w:t>
      </w:r>
    </w:p>
    <w:p w:rsidR="00367AAC" w:rsidRDefault="00367AAC">
      <w:pPr>
        <w:pStyle w:val="a5"/>
        <w:rPr>
          <w:sz w:val="20"/>
        </w:rPr>
      </w:pPr>
    </w:p>
    <w:p w:rsidR="00367AAC" w:rsidRDefault="00367AAC">
      <w:pPr>
        <w:pStyle w:val="a5"/>
        <w:rPr>
          <w:sz w:val="20"/>
        </w:rPr>
      </w:pPr>
    </w:p>
    <w:p w:rsidR="00367AAC" w:rsidRDefault="00367AAC">
      <w:pPr>
        <w:pStyle w:val="a5"/>
        <w:spacing w:before="8"/>
        <w:rPr>
          <w:sz w:val="21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756"/>
        <w:gridCol w:w="528"/>
        <w:gridCol w:w="1106"/>
        <w:gridCol w:w="1140"/>
        <w:gridCol w:w="864"/>
        <w:gridCol w:w="5249"/>
        <w:gridCol w:w="1080"/>
        <w:gridCol w:w="1382"/>
      </w:tblGrid>
      <w:tr w:rsidR="00367AAC">
        <w:trPr>
          <w:trHeight w:val="335"/>
        </w:trPr>
        <w:tc>
          <w:tcPr>
            <w:tcW w:w="397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3" w:lineRule="auto"/>
              <w:ind w:left="38" w:right="21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п/п</w:t>
            </w:r>
          </w:p>
        </w:tc>
        <w:tc>
          <w:tcPr>
            <w:tcW w:w="3756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3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Наименование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разделов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367AAC" w:rsidRDefault="00A72C33">
            <w:pPr>
              <w:pStyle w:val="TableParagraph"/>
              <w:spacing w:before="78" w:line="23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</w:p>
        </w:tc>
        <w:tc>
          <w:tcPr>
            <w:tcW w:w="864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7" w:right="9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изучен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5249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Виды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деятельности</w:t>
            </w:r>
          </w:p>
        </w:tc>
        <w:tc>
          <w:tcPr>
            <w:tcW w:w="1080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7" w:right="29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контро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1382" w:type="dxa"/>
            <w:vMerge w:val="restart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7" w:right="7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Электронны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(цифровые)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образовател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ьные</w:t>
            </w:r>
            <w:proofErr w:type="spellEnd"/>
          </w:p>
        </w:tc>
      </w:tr>
      <w:tr w:rsidR="00367AAC">
        <w:trPr>
          <w:trHeight w:val="1363"/>
        </w:trPr>
        <w:tc>
          <w:tcPr>
            <w:tcW w:w="397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3" w:lineRule="auto"/>
              <w:ind w:left="206" w:right="38" w:hanging="15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всег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6" w:right="107"/>
              <w:rPr>
                <w:sz w:val="24"/>
              </w:rPr>
            </w:pPr>
            <w:r>
              <w:rPr>
                <w:w w:val="95"/>
                <w:sz w:val="24"/>
              </w:rPr>
              <w:t>контроль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7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  <w:tc>
          <w:tcPr>
            <w:tcW w:w="5249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rPr>
                <w:sz w:val="2"/>
                <w:szCs w:val="2"/>
              </w:rPr>
            </w:pPr>
          </w:p>
        </w:tc>
      </w:tr>
      <w:tr w:rsidR="00367AAC">
        <w:trPr>
          <w:trHeight w:val="336"/>
        </w:trPr>
        <w:tc>
          <w:tcPr>
            <w:tcW w:w="15502" w:type="dxa"/>
            <w:gridSpan w:val="9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74" w:line="242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Числа</w:t>
            </w:r>
          </w:p>
        </w:tc>
      </w:tr>
      <w:tr w:rsidR="00367AAC">
        <w:trPr>
          <w:trHeight w:val="374"/>
        </w:trPr>
        <w:tc>
          <w:tcPr>
            <w:tcW w:w="397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1.1.</w:t>
            </w:r>
          </w:p>
        </w:tc>
        <w:tc>
          <w:tcPr>
            <w:tcW w:w="375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64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Числа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9: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чтение,</w:t>
            </w:r>
          </w:p>
        </w:tc>
        <w:tc>
          <w:tcPr>
            <w:tcW w:w="528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01.09.20</w:t>
            </w:r>
          </w:p>
        </w:tc>
        <w:tc>
          <w:tcPr>
            <w:tcW w:w="5249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Устная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работа: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единицами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разном</w:t>
            </w:r>
          </w:p>
        </w:tc>
        <w:tc>
          <w:tcPr>
            <w:tcW w:w="108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Устн</w:t>
            </w:r>
            <w:proofErr w:type="spellEnd"/>
          </w:p>
        </w:tc>
        <w:tc>
          <w:tcPr>
            <w:tcW w:w="1382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Учи</w:t>
            </w:r>
          </w:p>
        </w:tc>
      </w:tr>
      <w:tr w:rsidR="00367AAC">
        <w:trPr>
          <w:trHeight w:val="322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6"/>
              <w:ind w:left="73"/>
              <w:rPr>
                <w:sz w:val="24"/>
              </w:rPr>
            </w:pPr>
            <w:r>
              <w:rPr>
                <w:sz w:val="24"/>
              </w:rPr>
              <w:t>запись.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порядке,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упорядочение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однозначных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ыый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318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05.09.20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двузначных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чисел;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опро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367AAC">
        <w:trPr>
          <w:trHeight w:val="475"/>
        </w:trPr>
        <w:tc>
          <w:tcPr>
            <w:tcW w:w="397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3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080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3"/>
              <w:ind w:left="77"/>
              <w:rPr>
                <w:sz w:val="24"/>
              </w:rPr>
            </w:pPr>
            <w:r>
              <w:rPr>
                <w:sz w:val="24"/>
              </w:rPr>
              <w:t>с;</w:t>
            </w:r>
          </w:p>
        </w:tc>
        <w:tc>
          <w:tcPr>
            <w:tcW w:w="1382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2095"/>
        </w:trPr>
        <w:tc>
          <w:tcPr>
            <w:tcW w:w="397" w:type="dxa"/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1.2.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Единица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счёта.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Десяток.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8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06.09.20</w:t>
            </w:r>
          </w:p>
          <w:p w:rsidR="00367AAC" w:rsidRDefault="00323B09">
            <w:pPr>
              <w:pStyle w:val="TableParagraph"/>
              <w:spacing w:before="3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3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07.09.20</w:t>
            </w:r>
          </w:p>
          <w:p w:rsidR="00367AAC" w:rsidRDefault="00A72C33">
            <w:pPr>
              <w:pStyle w:val="TableParagraph"/>
              <w:spacing w:before="42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парах/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группах.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Формулирование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ответов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вопросы: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</w:t>
            </w:r>
            <w:proofErr w:type="spellStart"/>
            <w:r>
              <w:rPr>
                <w:w w:val="95"/>
                <w:sz w:val="24"/>
              </w:rPr>
              <w:t>Сколько?</w:t>
            </w:r>
            <w:proofErr w:type="gramStart"/>
            <w:r>
              <w:rPr>
                <w:w w:val="95"/>
                <w:sz w:val="24"/>
              </w:rPr>
              <w:t>»,«</w:t>
            </w:r>
            <w:proofErr w:type="gramEnd"/>
            <w:r>
              <w:rPr>
                <w:w w:val="95"/>
                <w:sz w:val="24"/>
              </w:rPr>
              <w:t>Который</w:t>
            </w:r>
            <w:proofErr w:type="spellEnd"/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счёту?»,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сколько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больше?»,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«На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сколько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меньше?»,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«Что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получится,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если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увеличить/уменьшить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2?»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67AAC" w:rsidRDefault="00A72C33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образцу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7" w:right="4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2" w:type="dxa"/>
          </w:tcPr>
          <w:p w:rsidR="00367AAC" w:rsidRDefault="00A72C33">
            <w:pPr>
              <w:pStyle w:val="TableParagraph"/>
              <w:spacing w:before="78" w:line="276" w:lineRule="auto"/>
              <w:ind w:left="77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82"/>
        </w:trPr>
        <w:tc>
          <w:tcPr>
            <w:tcW w:w="397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1.3.</w:t>
            </w:r>
          </w:p>
        </w:tc>
        <w:tc>
          <w:tcPr>
            <w:tcW w:w="375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Счёт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</w:t>
            </w:r>
          </w:p>
        </w:tc>
        <w:tc>
          <w:tcPr>
            <w:tcW w:w="528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08.09.20</w:t>
            </w:r>
          </w:p>
        </w:tc>
        <w:tc>
          <w:tcPr>
            <w:tcW w:w="5249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Чтение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</w:t>
            </w:r>
          </w:p>
        </w:tc>
        <w:tc>
          <w:tcPr>
            <w:tcW w:w="108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Устн</w:t>
            </w:r>
            <w:proofErr w:type="spellEnd"/>
          </w:p>
        </w:tc>
        <w:tc>
          <w:tcPr>
            <w:tcW w:w="1382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</w:tc>
      </w:tr>
      <w:tr w:rsidR="00367AAC">
        <w:trPr>
          <w:trHeight w:val="316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3"/>
              <w:rPr>
                <w:sz w:val="24"/>
              </w:rPr>
            </w:pPr>
            <w:r>
              <w:rPr>
                <w:sz w:val="24"/>
              </w:rPr>
              <w:t>цифрами.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групп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заданном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316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13.09.20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самостоятельно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установленном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порядке;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опро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367AAC">
        <w:trPr>
          <w:trHeight w:val="399"/>
        </w:trPr>
        <w:tc>
          <w:tcPr>
            <w:tcW w:w="397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2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080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sz w:val="24"/>
              </w:rPr>
              <w:t>с;</w:t>
            </w:r>
          </w:p>
        </w:tc>
        <w:tc>
          <w:tcPr>
            <w:tcW w:w="1382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77"/>
        </w:trPr>
        <w:tc>
          <w:tcPr>
            <w:tcW w:w="397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1.4.</w:t>
            </w:r>
          </w:p>
        </w:tc>
        <w:tc>
          <w:tcPr>
            <w:tcW w:w="375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Порядковый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номер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объекта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</w:p>
        </w:tc>
        <w:tc>
          <w:tcPr>
            <w:tcW w:w="528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14.09.20</w:t>
            </w:r>
          </w:p>
        </w:tc>
        <w:tc>
          <w:tcPr>
            <w:tcW w:w="5249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Словесное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ряда</w:t>
            </w:r>
          </w:p>
        </w:tc>
        <w:tc>
          <w:tcPr>
            <w:tcW w:w="108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Устн</w:t>
            </w:r>
            <w:proofErr w:type="spellEnd"/>
          </w:p>
        </w:tc>
        <w:tc>
          <w:tcPr>
            <w:tcW w:w="1382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</w:tc>
      </w:tr>
      <w:tr w:rsidR="00367AAC">
        <w:trPr>
          <w:trHeight w:val="322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заданном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порядке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sz w:val="24"/>
              </w:rPr>
              <w:t>чисел;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316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15.09.20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опро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367AAC">
        <w:trPr>
          <w:trHeight w:val="389"/>
        </w:trPr>
        <w:tc>
          <w:tcPr>
            <w:tcW w:w="397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2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080" w:type="dxa"/>
            <w:tcBorders>
              <w:top w:val="nil"/>
            </w:tcBorders>
          </w:tcPr>
          <w:p w:rsidR="00367AAC" w:rsidRDefault="00A72C33">
            <w:pPr>
              <w:pStyle w:val="TableParagraph"/>
              <w:spacing w:before="12"/>
              <w:ind w:left="77"/>
              <w:rPr>
                <w:sz w:val="24"/>
              </w:rPr>
            </w:pPr>
            <w:r>
              <w:rPr>
                <w:sz w:val="24"/>
              </w:rPr>
              <w:t>с;</w:t>
            </w:r>
          </w:p>
        </w:tc>
        <w:tc>
          <w:tcPr>
            <w:tcW w:w="1382" w:type="dxa"/>
            <w:tcBorders>
              <w:top w:val="nil"/>
            </w:tcBorders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76"/>
        </w:trPr>
        <w:tc>
          <w:tcPr>
            <w:tcW w:w="397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1.5.</w:t>
            </w:r>
          </w:p>
        </w:tc>
        <w:tc>
          <w:tcPr>
            <w:tcW w:w="375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6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Сравнение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</w:t>
            </w:r>
          </w:p>
        </w:tc>
        <w:tc>
          <w:tcPr>
            <w:tcW w:w="528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19.09.20</w:t>
            </w:r>
          </w:p>
        </w:tc>
        <w:tc>
          <w:tcPr>
            <w:tcW w:w="5249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Цифры;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сравнения,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равенства,</w:t>
            </w:r>
          </w:p>
        </w:tc>
        <w:tc>
          <w:tcPr>
            <w:tcW w:w="1080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Письмен</w:t>
            </w:r>
          </w:p>
        </w:tc>
        <w:tc>
          <w:tcPr>
            <w:tcW w:w="1382" w:type="dxa"/>
            <w:tcBorders>
              <w:bottom w:val="nil"/>
            </w:tcBorders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</w:tc>
      </w:tr>
      <w:tr w:rsidR="00367AAC">
        <w:trPr>
          <w:trHeight w:val="316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предметов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количеству: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больше,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арифметических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339"/>
        </w:trPr>
        <w:tc>
          <w:tcPr>
            <w:tcW w:w="397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3756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меньше,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столько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8"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20.09.20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367AAC" w:rsidRDefault="00367AAC">
            <w:pPr>
              <w:pStyle w:val="TableParagraph"/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</w:tr>
      <w:tr w:rsidR="00367AAC">
        <w:trPr>
          <w:trHeight w:val="237"/>
        </w:trPr>
        <w:tc>
          <w:tcPr>
            <w:tcW w:w="397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3756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  <w:tcBorders>
              <w:top w:val="nil"/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line="217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  <w:tc>
          <w:tcPr>
            <w:tcW w:w="1382" w:type="dxa"/>
            <w:tcBorders>
              <w:top w:val="nil"/>
              <w:bottom w:val="single" w:sz="6" w:space="0" w:color="000000"/>
            </w:tcBorders>
          </w:tcPr>
          <w:p w:rsidR="00367AAC" w:rsidRDefault="00367AAC">
            <w:pPr>
              <w:pStyle w:val="TableParagraph"/>
              <w:rPr>
                <w:sz w:val="16"/>
              </w:rPr>
            </w:pPr>
          </w:p>
        </w:tc>
      </w:tr>
    </w:tbl>
    <w:p w:rsidR="00367AAC" w:rsidRDefault="00367AAC">
      <w:pPr>
        <w:rPr>
          <w:sz w:val="16"/>
        </w:rPr>
        <w:sectPr w:rsidR="00367AAC">
          <w:pgSz w:w="1685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757"/>
        <w:gridCol w:w="529"/>
        <w:gridCol w:w="1107"/>
        <w:gridCol w:w="1141"/>
        <w:gridCol w:w="865"/>
        <w:gridCol w:w="5250"/>
        <w:gridCol w:w="1081"/>
        <w:gridCol w:w="1383"/>
      </w:tblGrid>
      <w:tr w:rsidR="00367AAC">
        <w:trPr>
          <w:trHeight w:val="1414"/>
        </w:trPr>
        <w:tc>
          <w:tcPr>
            <w:tcW w:w="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1.6.</w:t>
            </w:r>
          </w:p>
        </w:tc>
        <w:tc>
          <w:tcPr>
            <w:tcW w:w="3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 w:line="273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Число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цифра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вычислении.</w:t>
            </w:r>
          </w:p>
        </w:tc>
        <w:tc>
          <w:tcPr>
            <w:tcW w:w="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21.09.20</w:t>
            </w:r>
          </w:p>
          <w:p w:rsidR="00367AAC" w:rsidRDefault="00323B09">
            <w:pPr>
              <w:pStyle w:val="TableParagraph"/>
              <w:spacing w:before="39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3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22.09.20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 w:line="276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Игровые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различению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(зрительно,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слух,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установлением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соответствия),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цифры,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письменно;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 w:line="276" w:lineRule="auto"/>
              <w:ind w:left="71" w:right="49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4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40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1.7.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Числа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пределах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20: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26.09.20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1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27.09.20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Чтение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заданном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1" w:right="46"/>
              <w:rPr>
                <w:sz w:val="24"/>
              </w:rPr>
            </w:pPr>
            <w:r>
              <w:rPr>
                <w:w w:val="95"/>
                <w:sz w:val="24"/>
              </w:rPr>
              <w:t>Контроль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39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1.8.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Однозначные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двузначные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числа.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28.09.20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4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29.09.20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Чтение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заданном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1" w:right="49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40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1.9.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3" w:lineRule="auto"/>
              <w:ind w:left="73" w:right="276"/>
              <w:rPr>
                <w:sz w:val="24"/>
              </w:rPr>
            </w:pPr>
            <w:r>
              <w:rPr>
                <w:w w:val="95"/>
                <w:sz w:val="24"/>
              </w:rPr>
              <w:t>Увеличение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(уменьшение)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03.10.20</w:t>
            </w:r>
          </w:p>
          <w:p w:rsidR="00367AAC" w:rsidRDefault="00323B09">
            <w:pPr>
              <w:pStyle w:val="TableParagraph"/>
              <w:spacing w:before="39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3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05.10.20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6" w:lineRule="auto"/>
              <w:ind w:left="72" w:right="171"/>
              <w:rPr>
                <w:sz w:val="24"/>
              </w:rPr>
            </w:pPr>
            <w:r>
              <w:rPr>
                <w:sz w:val="24"/>
              </w:rPr>
              <w:t>Устная работа: счёт единицами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порядке, чтение, упорядочение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однозначных 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6" w:lineRule="auto"/>
              <w:ind w:left="71" w:right="24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37"/>
        </w:trPr>
        <w:tc>
          <w:tcPr>
            <w:tcW w:w="4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37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38"/>
        </w:trPr>
        <w:tc>
          <w:tcPr>
            <w:tcW w:w="15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1" w:line="237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Величины</w:t>
            </w:r>
          </w:p>
        </w:tc>
      </w:tr>
      <w:tr w:rsidR="00367AAC">
        <w:trPr>
          <w:trHeight w:val="143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2.1.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3" w:lineRule="auto"/>
              <w:ind w:left="1062" w:hanging="865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её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06.10.20</w:t>
            </w:r>
          </w:p>
          <w:p w:rsidR="00367AAC" w:rsidRDefault="00323B09">
            <w:pPr>
              <w:pStyle w:val="TableParagraph"/>
              <w:spacing w:before="39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3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10.10.20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приборами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6" w:lineRule="auto"/>
              <w:ind w:left="71" w:right="49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80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72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2.2.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66" w:line="276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Сравнение без измерения: выше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—уже,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11.10.20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72C33" w:rsidRDefault="00A72C33" w:rsidP="00A72C33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12.10.20</w:t>
            </w:r>
          </w:p>
          <w:p w:rsidR="00A72C33" w:rsidRDefault="00A72C33" w:rsidP="00A72C33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44" w:line="310" w:lineRule="atLeast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Линейка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простейший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инструмент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длины;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44" w:line="310" w:lineRule="atLeast"/>
              <w:ind w:left="71" w:right="49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44" w:line="310" w:lineRule="atLeast"/>
              <w:ind w:left="70" w:right="827"/>
              <w:rPr>
                <w:sz w:val="24"/>
              </w:rPr>
            </w:pPr>
            <w:r>
              <w:rPr>
                <w:w w:val="95"/>
                <w:sz w:val="24"/>
              </w:rPr>
              <w:t>Учи.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108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2.3.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106" w:right="824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Единицы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длины: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сантиметр,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дециметр;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соотношения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ними.</w:t>
            </w:r>
          </w:p>
          <w:p w:rsidR="00323B09" w:rsidRDefault="00323B09">
            <w:pPr>
              <w:pStyle w:val="TableParagraph"/>
              <w:spacing w:before="78" w:line="276" w:lineRule="auto"/>
              <w:ind w:left="106" w:right="824"/>
              <w:jc w:val="center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13.10.20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1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18.10.20</w:t>
            </w:r>
            <w:r w:rsidR="00323B09">
              <w:rPr>
                <w:w w:val="95"/>
                <w:sz w:val="24"/>
              </w:rPr>
              <w:t>23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Понимание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назначения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1" w:right="5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18"/>
        </w:trPr>
        <w:tc>
          <w:tcPr>
            <w:tcW w:w="4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23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A72C33">
            <w:pPr>
              <w:pStyle w:val="TableParagraph"/>
              <w:spacing w:before="75" w:line="223" w:lineRule="exact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08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AAC" w:rsidRDefault="00367AAC">
            <w:pPr>
              <w:pStyle w:val="TableParagraph"/>
            </w:pPr>
          </w:p>
        </w:tc>
      </w:tr>
    </w:tbl>
    <w:p w:rsidR="00367AAC" w:rsidRDefault="00367AAC">
      <w:pPr>
        <w:sectPr w:rsidR="00367AAC">
          <w:pgSz w:w="16850" w:h="11900" w:orient="landscape"/>
          <w:pgMar w:top="2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756"/>
        <w:gridCol w:w="528"/>
        <w:gridCol w:w="1106"/>
        <w:gridCol w:w="1140"/>
        <w:gridCol w:w="864"/>
        <w:gridCol w:w="5249"/>
        <w:gridCol w:w="1080"/>
        <w:gridCol w:w="1383"/>
      </w:tblGrid>
      <w:tr w:rsidR="00367AAC">
        <w:trPr>
          <w:trHeight w:val="338"/>
        </w:trPr>
        <w:tc>
          <w:tcPr>
            <w:tcW w:w="15502" w:type="dxa"/>
            <w:gridSpan w:val="9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Раздел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Арифметические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действия</w:t>
            </w:r>
          </w:p>
        </w:tc>
      </w:tr>
      <w:tr w:rsidR="00367AAC">
        <w:trPr>
          <w:trHeight w:val="1408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3.1.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 w:line="276" w:lineRule="auto"/>
              <w:ind w:left="74" w:right="574"/>
              <w:rPr>
                <w:sz w:val="24"/>
              </w:rPr>
            </w:pPr>
            <w:r>
              <w:rPr>
                <w:w w:val="95"/>
                <w:sz w:val="24"/>
              </w:rPr>
              <w:t>Сложение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вычитание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19.10.20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26.10.20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Практическая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числовым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выражением: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приведение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учителя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образцу),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иллюстрирующего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687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3.2.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 w:line="276" w:lineRule="auto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Названия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компонентов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сложения,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вычитания. Знаки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вычитания, названия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компонентов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07.11.20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0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14.11.20</w:t>
            </w:r>
          </w:p>
          <w:p w:rsidR="00367AAC" w:rsidRDefault="00A72C33">
            <w:pPr>
              <w:pStyle w:val="TableParagraph"/>
              <w:spacing w:before="44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подсчёта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разности,</w:t>
            </w:r>
          </w:p>
          <w:p w:rsidR="00367AAC" w:rsidRDefault="00A72C33">
            <w:pPr>
              <w:pStyle w:val="TableParagraph"/>
              <w:spacing w:line="278" w:lineRule="auto"/>
              <w:ind w:left="78" w:right="487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переместительного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722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5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3.3.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41" w:line="310" w:lineRule="atLeas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Вычитание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действие,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обратное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сложению.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5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15.11.20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A72C33" w:rsidRDefault="00A72C33" w:rsidP="00A72C33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22.11.20</w:t>
            </w:r>
          </w:p>
          <w:p w:rsidR="00A72C33" w:rsidRDefault="00A72C33" w:rsidP="00A72C33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41" w:line="310" w:lineRule="atLeast"/>
              <w:ind w:left="78"/>
              <w:rPr>
                <w:sz w:val="24"/>
              </w:rPr>
            </w:pPr>
            <w:r>
              <w:rPr>
                <w:sz w:val="24"/>
              </w:rPr>
              <w:t>Обсуждение приёмов сложения, вычитания: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нахождение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суммы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разности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41" w:line="310" w:lineRule="atLeast"/>
              <w:ind w:left="78" w:right="112"/>
              <w:rPr>
                <w:sz w:val="24"/>
              </w:rPr>
            </w:pPr>
            <w:r>
              <w:rPr>
                <w:w w:val="95"/>
                <w:sz w:val="24"/>
              </w:rPr>
              <w:t>Письмен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41" w:line="310" w:lineRule="atLeast"/>
              <w:ind w:left="78" w:right="819"/>
              <w:rPr>
                <w:sz w:val="24"/>
              </w:rPr>
            </w:pPr>
            <w:r>
              <w:rPr>
                <w:w w:val="95"/>
                <w:sz w:val="24"/>
              </w:rPr>
              <w:t>Учи.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1519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5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3.4.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Неизвестное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слагаемое.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5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23.11.20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30.11.20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Практическая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числовым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выражением: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приведение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учителя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образцу),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иллюстрирующего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2394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80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3.5.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80" w:line="273" w:lineRule="auto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Сложение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одинаковых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слагаемых.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80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80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01.12.20</w:t>
            </w:r>
          </w:p>
          <w:p w:rsidR="00367AAC" w:rsidRDefault="00323B09">
            <w:pPr>
              <w:pStyle w:val="TableParagraph"/>
              <w:spacing w:before="39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3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08.12.20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80" w:line="273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парах/группах: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проверка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67AAC" w:rsidRDefault="00A72C33">
            <w:pPr>
              <w:pStyle w:val="TableParagraph"/>
              <w:spacing w:before="5"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раздаточного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линейки, модели действия, по 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обнаружение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арифметических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того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80" w:line="276" w:lineRule="auto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80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420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3.6.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Прибавление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вычитание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нуля.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12.12.20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19.12.20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подсчёта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разности,</w:t>
            </w:r>
          </w:p>
          <w:p w:rsidR="00367AAC" w:rsidRDefault="00A72C33">
            <w:pPr>
              <w:pStyle w:val="TableParagraph"/>
              <w:spacing w:line="276" w:lineRule="auto"/>
              <w:ind w:left="78" w:right="487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переместительного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916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3.7.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24" w:line="310" w:lineRule="atLeas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Сложение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вычитание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чисел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без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перехода и с переходом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20.12.20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A72C33">
            <w:pPr>
              <w:pStyle w:val="TableParagraph"/>
              <w:spacing w:before="40" w:line="185" w:lineRule="exact"/>
              <w:ind w:left="9" w:right="5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27.12.20</w:t>
            </w:r>
          </w:p>
          <w:p w:rsidR="00323B09" w:rsidRDefault="00323B09">
            <w:pPr>
              <w:pStyle w:val="TableParagraph"/>
              <w:spacing w:before="40" w:line="185" w:lineRule="exact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23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Моделирование. Иллюстрация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 помощью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367AAC" w:rsidRDefault="00A72C33">
            <w:pPr>
              <w:pStyle w:val="TableParagraph"/>
              <w:spacing w:line="184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переместительного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сложения,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способа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24" w:line="310" w:lineRule="atLeast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24" w:line="310" w:lineRule="atLeast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</w:tbl>
    <w:p w:rsidR="00367AAC" w:rsidRDefault="00367AAC">
      <w:pPr>
        <w:spacing w:line="310" w:lineRule="atLeast"/>
        <w:rPr>
          <w:sz w:val="24"/>
        </w:rPr>
        <w:sectPr w:rsidR="00367AAC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756"/>
        <w:gridCol w:w="528"/>
        <w:gridCol w:w="1106"/>
        <w:gridCol w:w="1140"/>
        <w:gridCol w:w="864"/>
        <w:gridCol w:w="5249"/>
        <w:gridCol w:w="1080"/>
        <w:gridCol w:w="1383"/>
      </w:tblGrid>
      <w:tr w:rsidR="00367AAC">
        <w:trPr>
          <w:trHeight w:val="2548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5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3.8.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5" w:line="276" w:lineRule="auto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Вычисление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суммы,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разности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трёх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A72C33">
            <w:pPr>
              <w:pStyle w:val="TableParagraph"/>
              <w:spacing w:before="75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28.12.20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367AAC" w:rsidRDefault="007F1032">
            <w:pPr>
              <w:pStyle w:val="TableParagraph"/>
              <w:spacing w:before="44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11.01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7F1032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5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парах/группах: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проверка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67AAC" w:rsidRDefault="00A72C33">
            <w:pPr>
              <w:pStyle w:val="TableParagraph"/>
              <w:spacing w:before="2"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раздаточного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линейки, модели действия, по 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обнаружение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арифметических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того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38"/>
              <w:rPr>
                <w:sz w:val="24"/>
              </w:rPr>
            </w:pPr>
            <w:r>
              <w:rPr>
                <w:w w:val="95"/>
                <w:sz w:val="24"/>
              </w:rPr>
              <w:t>Контроль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38"/>
        </w:trPr>
        <w:tc>
          <w:tcPr>
            <w:tcW w:w="4152" w:type="dxa"/>
            <w:gridSpan w:val="2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 w:line="240" w:lineRule="exact"/>
              <w:ind w:lef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22" w:type="dxa"/>
            <w:gridSpan w:val="6"/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38"/>
        </w:trPr>
        <w:tc>
          <w:tcPr>
            <w:tcW w:w="15502" w:type="dxa"/>
            <w:gridSpan w:val="9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Текстовые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</w:p>
        </w:tc>
      </w:tr>
      <w:tr w:rsidR="00367AAC">
        <w:trPr>
          <w:trHeight w:val="1843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4.1.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 w:line="276" w:lineRule="auto"/>
              <w:ind w:left="74" w:right="574"/>
              <w:rPr>
                <w:sz w:val="24"/>
              </w:rPr>
            </w:pPr>
            <w:r>
              <w:rPr>
                <w:w w:val="95"/>
                <w:sz w:val="24"/>
              </w:rPr>
              <w:t>Текстовая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задача: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структурные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элементы,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текстовой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образцу.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12.01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7F1032">
            <w:pPr>
              <w:pStyle w:val="TableParagraph"/>
              <w:spacing w:before="43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Коллективное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обсуждение: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реальной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ситуации,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представленной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иллюстрации,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текста,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таблицы,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схемы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(описание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ситуации, что известно, что не известно;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 задачи);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2268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4.2.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 w:line="276" w:lineRule="auto"/>
              <w:ind w:left="74" w:right="672"/>
              <w:rPr>
                <w:sz w:val="24"/>
              </w:rPr>
            </w:pPr>
            <w:r>
              <w:rPr>
                <w:w w:val="95"/>
                <w:sz w:val="24"/>
              </w:rPr>
              <w:t>Зависимость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 искомой величиной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18.01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0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23.01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7F1032">
            <w:pPr>
              <w:pStyle w:val="TableParagraph"/>
              <w:spacing w:before="44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Обобщение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текстовых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задачах,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решаемых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больше/меньше»,</w:t>
            </w:r>
          </w:p>
          <w:p w:rsidR="00367AAC" w:rsidRDefault="00A72C33">
            <w:pPr>
              <w:pStyle w:val="TableParagraph"/>
              <w:spacing w:before="1" w:line="276" w:lineRule="auto"/>
              <w:ind w:left="78" w:right="129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«сколько всего», «</w:t>
            </w:r>
            <w:proofErr w:type="gramStart"/>
            <w:r>
              <w:rPr>
                <w:w w:val="95"/>
                <w:sz w:val="24"/>
              </w:rPr>
              <w:t>сколь-ко</w:t>
            </w:r>
            <w:proofErr w:type="gramEnd"/>
            <w:r>
              <w:rPr>
                <w:w w:val="95"/>
                <w:sz w:val="24"/>
              </w:rPr>
              <w:t xml:space="preserve"> осталось»).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 текста и текстовой задачи,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представленного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текстовой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задаче;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545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5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4.3.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5" w:line="276" w:lineRule="auto"/>
              <w:ind w:left="74" w:right="29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Выбор и запись арифметического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действия для получения ответа 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5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24.01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26.01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7F1032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Соотнесение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её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модели;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</w:tbl>
    <w:p w:rsidR="00367AAC" w:rsidRDefault="00367AAC">
      <w:pPr>
        <w:spacing w:line="276" w:lineRule="auto"/>
        <w:rPr>
          <w:sz w:val="24"/>
        </w:rPr>
        <w:sectPr w:rsidR="00367AAC">
          <w:pgSz w:w="16850" w:h="11900" w:orient="landscape"/>
          <w:pgMar w:top="2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756"/>
        <w:gridCol w:w="528"/>
        <w:gridCol w:w="1106"/>
        <w:gridCol w:w="1140"/>
        <w:gridCol w:w="864"/>
        <w:gridCol w:w="5249"/>
        <w:gridCol w:w="1080"/>
        <w:gridCol w:w="1383"/>
      </w:tblGrid>
      <w:tr w:rsidR="00367AAC">
        <w:trPr>
          <w:trHeight w:val="2169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4.4.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 w:line="276" w:lineRule="auto"/>
              <w:ind w:left="74" w:right="366"/>
              <w:rPr>
                <w:sz w:val="24"/>
              </w:rPr>
            </w:pPr>
            <w:r>
              <w:rPr>
                <w:w w:val="95"/>
                <w:sz w:val="24"/>
              </w:rPr>
              <w:t>Текстовая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сюжетная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задача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действие: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30.01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01.02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Обобщение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текстовых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задачах,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решаемых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больше/меньше»,</w:t>
            </w:r>
          </w:p>
          <w:p w:rsidR="00367AAC" w:rsidRDefault="00A72C33">
            <w:pPr>
              <w:pStyle w:val="TableParagraph"/>
              <w:spacing w:line="276" w:lineRule="auto"/>
              <w:ind w:left="78" w:right="129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«сколько всего», «</w:t>
            </w:r>
            <w:proofErr w:type="gramStart"/>
            <w:r>
              <w:rPr>
                <w:w w:val="95"/>
                <w:sz w:val="24"/>
              </w:rPr>
              <w:t>сколь-ко</w:t>
            </w:r>
            <w:proofErr w:type="gramEnd"/>
            <w:r>
              <w:rPr>
                <w:w w:val="95"/>
                <w:sz w:val="24"/>
              </w:rPr>
              <w:t xml:space="preserve"> осталось»).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 текста и текстовой задачи,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представленного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текстовой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задаче;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122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80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4.5.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80" w:line="276" w:lineRule="auto"/>
              <w:ind w:left="74" w:right="171"/>
              <w:rPr>
                <w:sz w:val="24"/>
              </w:rPr>
            </w:pPr>
            <w:r>
              <w:rPr>
                <w:sz w:val="24"/>
              </w:rPr>
              <w:t>Обнаружение недостающего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 задачи, 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числовыми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иллюстрации,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смыслу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решению).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80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80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02</w:t>
            </w:r>
            <w:r w:rsidR="00A72C33">
              <w:rPr>
                <w:w w:val="95"/>
                <w:sz w:val="24"/>
              </w:rPr>
              <w:t>.01.20</w:t>
            </w:r>
          </w:p>
          <w:p w:rsidR="00367AAC" w:rsidRDefault="00323B09">
            <w:pPr>
              <w:pStyle w:val="TableParagraph"/>
              <w:spacing w:before="39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3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08.02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80" w:line="276" w:lineRule="auto"/>
              <w:ind w:left="78" w:right="16"/>
              <w:rPr>
                <w:sz w:val="24"/>
              </w:rPr>
            </w:pPr>
            <w:r>
              <w:rPr>
                <w:w w:val="95"/>
                <w:sz w:val="24"/>
              </w:rPr>
              <w:t>Моделирование: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словами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предметной модели сюжетной ситуации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математическогоотношения</w:t>
            </w:r>
            <w:proofErr w:type="spellEnd"/>
            <w:r>
              <w:rPr>
                <w:sz w:val="24"/>
              </w:rPr>
              <w:t>. 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ситуации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счётного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текстовой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раздаточного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арифметического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решения,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иллюстрация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хода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решения,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80" w:line="276" w:lineRule="auto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80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38"/>
        </w:trPr>
        <w:tc>
          <w:tcPr>
            <w:tcW w:w="4152" w:type="dxa"/>
            <w:gridSpan w:val="2"/>
          </w:tcPr>
          <w:p w:rsidR="00367AAC" w:rsidRDefault="00A72C33">
            <w:pPr>
              <w:pStyle w:val="TableParagraph"/>
              <w:spacing w:before="75" w:line="242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 w:line="242" w:lineRule="exact"/>
              <w:ind w:lef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22" w:type="dxa"/>
            <w:gridSpan w:val="6"/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38"/>
        </w:trPr>
        <w:tc>
          <w:tcPr>
            <w:tcW w:w="15502" w:type="dxa"/>
            <w:gridSpan w:val="9"/>
          </w:tcPr>
          <w:p w:rsidR="00367AAC" w:rsidRDefault="00A72C33">
            <w:pPr>
              <w:pStyle w:val="TableParagraph"/>
              <w:spacing w:before="76" w:line="242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Пространственные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</w:t>
            </w:r>
          </w:p>
        </w:tc>
      </w:tr>
      <w:tr w:rsidR="00367AAC">
        <w:trPr>
          <w:trHeight w:val="2126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5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5.1.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5" w:line="276" w:lineRule="auto"/>
              <w:ind w:left="74" w:right="574"/>
              <w:rPr>
                <w:sz w:val="24"/>
              </w:rPr>
            </w:pPr>
            <w:r>
              <w:rPr>
                <w:w w:val="95"/>
                <w:sz w:val="24"/>
              </w:rPr>
              <w:t>Расположение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объектов на плоскости,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пространстве: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слева/справа,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сверху/снизу, между;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пространственных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отношений.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5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09.02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22.02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3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132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Распознавание и называние известных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 фигур, обнаружение 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5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408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81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5.2.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81" w:line="273" w:lineRule="auto"/>
              <w:ind w:left="74" w:right="825"/>
              <w:rPr>
                <w:sz w:val="24"/>
              </w:rPr>
            </w:pPr>
            <w:r>
              <w:rPr>
                <w:w w:val="95"/>
                <w:sz w:val="24"/>
              </w:rPr>
              <w:t>Распознавание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объекта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отражения.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81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81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81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8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27.02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38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3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28</w:t>
            </w:r>
            <w:r w:rsidR="00A72C33">
              <w:rPr>
                <w:w w:val="95"/>
                <w:sz w:val="24"/>
              </w:rPr>
              <w:t>.0</w:t>
            </w:r>
            <w:r>
              <w:rPr>
                <w:w w:val="95"/>
                <w:sz w:val="24"/>
              </w:rPr>
              <w:t>2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81" w:line="276" w:lineRule="auto"/>
              <w:ind w:left="78"/>
              <w:rPr>
                <w:sz w:val="24"/>
              </w:rPr>
            </w:pPr>
            <w:r>
              <w:rPr>
                <w:sz w:val="24"/>
              </w:rPr>
              <w:t>Игровые упражнения: «Угадай фигуру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описанию»,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«Расположи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заданном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порядке»,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«Найди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модели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классе»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81" w:line="276" w:lineRule="auto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81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530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5.3.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Геометрические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фигуры: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 w:rsidP="007F1032">
            <w:pPr>
              <w:pStyle w:val="TableParagraph"/>
              <w:spacing w:before="78"/>
              <w:ind w:left="25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01.03</w:t>
            </w:r>
            <w:r w:rsidR="00A72C33">
              <w:rPr>
                <w:w w:val="95"/>
                <w:sz w:val="24"/>
              </w:rPr>
              <w:t>.20</w:t>
            </w:r>
            <w:r w:rsidR="00323B09">
              <w:rPr>
                <w:w w:val="95"/>
                <w:sz w:val="24"/>
              </w:rPr>
              <w:t>24</w:t>
            </w:r>
          </w:p>
          <w:p w:rsidR="007F1032" w:rsidRDefault="007F1032" w:rsidP="007F1032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07.03.20</w:t>
            </w:r>
          </w:p>
          <w:p w:rsidR="007F1032" w:rsidRDefault="007F1032" w:rsidP="007F1032">
            <w:pPr>
              <w:pStyle w:val="TableParagraph"/>
              <w:spacing w:before="7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Анализ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(узора,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геометрической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</w:tc>
      </w:tr>
    </w:tbl>
    <w:p w:rsidR="00367AAC" w:rsidRDefault="00367AAC">
      <w:pPr>
        <w:rPr>
          <w:sz w:val="24"/>
        </w:rPr>
        <w:sectPr w:rsidR="00367AAC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757"/>
        <w:gridCol w:w="529"/>
        <w:gridCol w:w="1107"/>
        <w:gridCol w:w="1141"/>
        <w:gridCol w:w="865"/>
        <w:gridCol w:w="5250"/>
        <w:gridCol w:w="1081"/>
        <w:gridCol w:w="1383"/>
      </w:tblGrid>
      <w:tr w:rsidR="00367AAC">
        <w:trPr>
          <w:trHeight w:val="1840"/>
        </w:trPr>
        <w:tc>
          <w:tcPr>
            <w:tcW w:w="397" w:type="dxa"/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5.4.</w:t>
            </w:r>
          </w:p>
        </w:tc>
        <w:tc>
          <w:tcPr>
            <w:tcW w:w="3757" w:type="dxa"/>
          </w:tcPr>
          <w:p w:rsidR="00367AAC" w:rsidRDefault="00A72C33">
            <w:pPr>
              <w:pStyle w:val="TableParagraph"/>
              <w:spacing w:before="78" w:line="276" w:lineRule="auto"/>
              <w:ind w:left="73" w:right="276"/>
              <w:rPr>
                <w:sz w:val="24"/>
              </w:rPr>
            </w:pPr>
            <w:r>
              <w:rPr>
                <w:w w:val="95"/>
                <w:sz w:val="24"/>
              </w:rPr>
              <w:t>Построение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отрезка,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квадрата,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треугольника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линейки;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сантиметрах.</w:t>
            </w:r>
          </w:p>
        </w:tc>
        <w:tc>
          <w:tcPr>
            <w:tcW w:w="529" w:type="dxa"/>
          </w:tcPr>
          <w:p w:rsidR="00367AAC" w:rsidRDefault="00A72C33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7" w:type="dxa"/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</w:tcPr>
          <w:p w:rsidR="00367AAC" w:rsidRDefault="007F1032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09.03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15.03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3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50" w:type="dxa"/>
          </w:tcPr>
          <w:p w:rsidR="00367AAC" w:rsidRDefault="00A72C33">
            <w:pPr>
              <w:pStyle w:val="TableParagraph"/>
              <w:spacing w:before="78" w:line="276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Практические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работы: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длины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отрезка,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ломаной, длины стороны квадрата, 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 Комментирование 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работы;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установление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соответствия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</w:tc>
        <w:tc>
          <w:tcPr>
            <w:tcW w:w="1081" w:type="dxa"/>
          </w:tcPr>
          <w:p w:rsidR="00367AAC" w:rsidRDefault="00A72C33">
            <w:pPr>
              <w:pStyle w:val="TableParagraph"/>
              <w:spacing w:before="78" w:line="276" w:lineRule="auto"/>
              <w:ind w:left="71" w:right="5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8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1836"/>
        </w:trPr>
        <w:tc>
          <w:tcPr>
            <w:tcW w:w="397" w:type="dxa"/>
          </w:tcPr>
          <w:p w:rsidR="00367AAC" w:rsidRDefault="00A72C33">
            <w:pPr>
              <w:pStyle w:val="TableParagraph"/>
              <w:spacing w:before="75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5.5.</w:t>
            </w:r>
          </w:p>
        </w:tc>
        <w:tc>
          <w:tcPr>
            <w:tcW w:w="3757" w:type="dxa"/>
          </w:tcPr>
          <w:p w:rsidR="00367AAC" w:rsidRDefault="00A72C33">
            <w:pPr>
              <w:pStyle w:val="TableParagraph"/>
              <w:spacing w:before="75" w:line="276" w:lineRule="auto"/>
              <w:ind w:left="73" w:right="939"/>
              <w:rPr>
                <w:sz w:val="24"/>
              </w:rPr>
            </w:pPr>
            <w:r>
              <w:rPr>
                <w:sz w:val="24"/>
              </w:rPr>
              <w:t>Длина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прямоугольника,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квадрата,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w="529" w:type="dxa"/>
          </w:tcPr>
          <w:p w:rsidR="00367AAC" w:rsidRDefault="00A72C33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</w:tcPr>
          <w:p w:rsidR="00367AAC" w:rsidRDefault="007F1032">
            <w:pPr>
              <w:pStyle w:val="TableParagraph"/>
              <w:spacing w:before="75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16.03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20.03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50" w:type="dxa"/>
          </w:tcPr>
          <w:p w:rsidR="00367AAC" w:rsidRDefault="00A72C33">
            <w:pPr>
              <w:pStyle w:val="TableParagraph"/>
              <w:spacing w:before="75" w:line="276" w:lineRule="auto"/>
              <w:ind w:left="72" w:right="1199"/>
              <w:rPr>
                <w:sz w:val="24"/>
              </w:rPr>
            </w:pPr>
            <w:r>
              <w:rPr>
                <w:w w:val="95"/>
                <w:sz w:val="24"/>
              </w:rPr>
              <w:t>Учебный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диалог: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(прямоугольника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др.);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сравнение</w:t>
            </w:r>
          </w:p>
          <w:p w:rsidR="00367AAC" w:rsidRDefault="00A72C33">
            <w:pPr>
              <w:pStyle w:val="TableParagraph"/>
              <w:spacing w:line="278" w:lineRule="auto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форме,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размеру);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длине;</w:t>
            </w:r>
          </w:p>
        </w:tc>
        <w:tc>
          <w:tcPr>
            <w:tcW w:w="1081" w:type="dxa"/>
          </w:tcPr>
          <w:p w:rsidR="00367AAC" w:rsidRDefault="00A72C33">
            <w:pPr>
              <w:pStyle w:val="TableParagraph"/>
              <w:spacing w:before="75" w:line="276" w:lineRule="auto"/>
              <w:ind w:left="71" w:right="24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75" w:line="276" w:lineRule="auto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722"/>
        </w:trPr>
        <w:tc>
          <w:tcPr>
            <w:tcW w:w="397" w:type="dxa"/>
          </w:tcPr>
          <w:p w:rsidR="00367AAC" w:rsidRDefault="00A72C33">
            <w:pPr>
              <w:pStyle w:val="TableParagraph"/>
              <w:spacing w:before="75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5.6.</w:t>
            </w:r>
          </w:p>
        </w:tc>
        <w:tc>
          <w:tcPr>
            <w:tcW w:w="3757" w:type="dxa"/>
          </w:tcPr>
          <w:p w:rsidR="00367AAC" w:rsidRDefault="00A72C33">
            <w:pPr>
              <w:pStyle w:val="TableParagraph"/>
              <w:spacing w:before="41" w:line="310" w:lineRule="atLeast"/>
              <w:ind w:left="73" w:right="939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прямоугольника,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квадрата,</w:t>
            </w:r>
          </w:p>
        </w:tc>
        <w:tc>
          <w:tcPr>
            <w:tcW w:w="529" w:type="dxa"/>
          </w:tcPr>
          <w:p w:rsidR="00367AAC" w:rsidRDefault="00A72C33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7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</w:tcPr>
          <w:p w:rsidR="00367AAC" w:rsidRDefault="007F1032">
            <w:pPr>
              <w:pStyle w:val="TableParagraph"/>
              <w:spacing w:before="75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21.03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7F1032" w:rsidRDefault="007F1032" w:rsidP="007F1032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04.04.20</w:t>
            </w:r>
          </w:p>
          <w:p w:rsidR="007F1032" w:rsidRDefault="007F1032" w:rsidP="007F1032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50" w:type="dxa"/>
          </w:tcPr>
          <w:p w:rsidR="00367AAC" w:rsidRDefault="00A72C33">
            <w:pPr>
              <w:pStyle w:val="TableParagraph"/>
              <w:spacing w:before="41" w:line="310" w:lineRule="atLeast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Практические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работы: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длины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отрезка,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ломаной,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1081" w:type="dxa"/>
          </w:tcPr>
          <w:p w:rsidR="00367AAC" w:rsidRDefault="00A72C33">
            <w:pPr>
              <w:pStyle w:val="TableParagraph"/>
              <w:spacing w:before="41" w:line="310" w:lineRule="atLeast"/>
              <w:ind w:left="71" w:right="5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41" w:line="310" w:lineRule="atLeast"/>
              <w:ind w:left="70" w:right="827"/>
              <w:rPr>
                <w:sz w:val="24"/>
              </w:rPr>
            </w:pPr>
            <w:r>
              <w:rPr>
                <w:w w:val="95"/>
                <w:sz w:val="24"/>
              </w:rPr>
              <w:t>Учи.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</w:p>
        </w:tc>
      </w:tr>
      <w:tr w:rsidR="00367AAC">
        <w:trPr>
          <w:trHeight w:val="338"/>
        </w:trPr>
        <w:tc>
          <w:tcPr>
            <w:tcW w:w="4154" w:type="dxa"/>
            <w:gridSpan w:val="2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</w:t>
            </w:r>
          </w:p>
        </w:tc>
        <w:tc>
          <w:tcPr>
            <w:tcW w:w="529" w:type="dxa"/>
          </w:tcPr>
          <w:p w:rsidR="00367AAC" w:rsidRDefault="00A72C33">
            <w:pPr>
              <w:pStyle w:val="TableParagraph"/>
              <w:spacing w:before="78" w:line="240" w:lineRule="exact"/>
              <w:ind w:left="7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27" w:type="dxa"/>
            <w:gridSpan w:val="6"/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38"/>
        </w:trPr>
        <w:tc>
          <w:tcPr>
            <w:tcW w:w="15510" w:type="dxa"/>
            <w:gridSpan w:val="9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6.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Математическая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информация</w:t>
            </w:r>
          </w:p>
        </w:tc>
      </w:tr>
      <w:tr w:rsidR="00367AAC">
        <w:trPr>
          <w:trHeight w:val="915"/>
        </w:trPr>
        <w:tc>
          <w:tcPr>
            <w:tcW w:w="397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6.1.</w:t>
            </w:r>
          </w:p>
        </w:tc>
        <w:tc>
          <w:tcPr>
            <w:tcW w:w="3757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 w:line="276" w:lineRule="auto"/>
              <w:ind w:left="73" w:right="939"/>
              <w:rPr>
                <w:sz w:val="24"/>
              </w:rPr>
            </w:pPr>
            <w:r>
              <w:rPr>
                <w:w w:val="95"/>
                <w:sz w:val="24"/>
              </w:rPr>
              <w:t>Сбор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объекте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367AAC" w:rsidRDefault="00A72C33">
            <w:pPr>
              <w:pStyle w:val="TableParagraph"/>
              <w:spacing w:before="21" w:line="161" w:lineRule="exact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Характеристики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объекта,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группы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367AAC" w:rsidRDefault="007F1032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05.04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0" w:line="183" w:lineRule="exact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06.04</w:t>
            </w:r>
            <w:r w:rsidR="00A72C33">
              <w:rPr>
                <w:w w:val="95"/>
                <w:sz w:val="24"/>
              </w:rPr>
              <w:t>.20</w:t>
            </w:r>
            <w:r>
              <w:rPr>
                <w:w w:val="95"/>
                <w:sz w:val="24"/>
              </w:rPr>
              <w:t>2</w:t>
            </w:r>
            <w:r w:rsidR="00323B09">
              <w:rPr>
                <w:w w:val="95"/>
                <w:sz w:val="24"/>
              </w:rPr>
              <w:t>4</w:t>
            </w:r>
          </w:p>
        </w:tc>
        <w:tc>
          <w:tcPr>
            <w:tcW w:w="5250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24" w:line="310" w:lineRule="atLeast"/>
              <w:ind w:left="72" w:right="171"/>
              <w:rPr>
                <w:sz w:val="24"/>
              </w:rPr>
            </w:pPr>
            <w:r>
              <w:rPr>
                <w:w w:val="95"/>
                <w:sz w:val="24"/>
              </w:rPr>
              <w:t>Коллективное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наблюдение: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распознавание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окружающем мире ситуаций,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целесообразно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сформулировать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языке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24" w:line="310" w:lineRule="atLeast"/>
              <w:ind w:left="71" w:right="49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:rsidR="00367AAC" w:rsidRDefault="00A72C33">
            <w:pPr>
              <w:pStyle w:val="TableParagraph"/>
              <w:spacing w:before="24" w:line="310" w:lineRule="atLeast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487"/>
        </w:trPr>
        <w:tc>
          <w:tcPr>
            <w:tcW w:w="397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6.2.</w:t>
            </w:r>
          </w:p>
        </w:tc>
        <w:tc>
          <w:tcPr>
            <w:tcW w:w="3757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Группировка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объектов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367AAC" w:rsidRDefault="007F1032" w:rsidP="007F1032">
            <w:pPr>
              <w:pStyle w:val="TableParagraph"/>
              <w:spacing w:before="33"/>
              <w:ind w:left="20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10.04</w:t>
            </w:r>
            <w:r w:rsidR="00A72C33">
              <w:rPr>
                <w:w w:val="95"/>
                <w:sz w:val="24"/>
              </w:rPr>
              <w:t>.20</w:t>
            </w:r>
            <w:r w:rsidR="00323B09">
              <w:rPr>
                <w:w w:val="95"/>
                <w:sz w:val="24"/>
              </w:rPr>
              <w:t>24</w:t>
            </w:r>
          </w:p>
          <w:p w:rsidR="007F1032" w:rsidRDefault="007F1032" w:rsidP="007F1032">
            <w:pPr>
              <w:pStyle w:val="TableParagraph"/>
              <w:spacing w:before="78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11.04.20</w:t>
            </w:r>
          </w:p>
          <w:p w:rsidR="007F1032" w:rsidRDefault="007F1032" w:rsidP="007F1032">
            <w:pPr>
              <w:pStyle w:val="TableParagraph"/>
              <w:spacing w:before="3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50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Наблюдение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числами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окружающем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Устн</w:t>
            </w:r>
            <w:proofErr w:type="spellEnd"/>
          </w:p>
        </w:tc>
        <w:tc>
          <w:tcPr>
            <w:tcW w:w="1383" w:type="dxa"/>
            <w:tcBorders>
              <w:top w:val="single" w:sz="6" w:space="0" w:color="000000"/>
            </w:tcBorders>
          </w:tcPr>
          <w:p w:rsidR="00367AAC" w:rsidRDefault="00A72C33">
            <w:pPr>
              <w:pStyle w:val="TableParagraph"/>
              <w:spacing w:before="33"/>
              <w:ind w:left="70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</w:tc>
      </w:tr>
      <w:tr w:rsidR="00367AAC">
        <w:trPr>
          <w:trHeight w:val="894"/>
        </w:trPr>
        <w:tc>
          <w:tcPr>
            <w:tcW w:w="397" w:type="dxa"/>
          </w:tcPr>
          <w:p w:rsidR="00367AAC" w:rsidRDefault="00A72C33">
            <w:pPr>
              <w:pStyle w:val="TableParagraph"/>
              <w:spacing w:before="75"/>
              <w:ind w:right="1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6.3.</w:t>
            </w:r>
          </w:p>
        </w:tc>
        <w:tc>
          <w:tcPr>
            <w:tcW w:w="3757" w:type="dxa"/>
          </w:tcPr>
          <w:p w:rsidR="00367AAC" w:rsidRDefault="00A72C33">
            <w:pPr>
              <w:pStyle w:val="TableParagraph"/>
              <w:spacing w:before="21" w:line="310" w:lineRule="atLeast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Закономерность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ряду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объектов: её обнаружение,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ряда.</w:t>
            </w:r>
          </w:p>
        </w:tc>
        <w:tc>
          <w:tcPr>
            <w:tcW w:w="529" w:type="dxa"/>
          </w:tcPr>
          <w:p w:rsidR="00367AAC" w:rsidRDefault="00A72C33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7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1" w:type="dxa"/>
          </w:tcPr>
          <w:p w:rsidR="00367AAC" w:rsidRDefault="00A72C33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65" w:type="dxa"/>
          </w:tcPr>
          <w:p w:rsidR="00367AAC" w:rsidRDefault="007F1032">
            <w:pPr>
              <w:pStyle w:val="TableParagraph"/>
              <w:spacing w:before="75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12.04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 w:line="165" w:lineRule="exact"/>
              <w:ind w:left="6"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13.04</w:t>
            </w:r>
            <w:r w:rsidR="00A72C33">
              <w:rPr>
                <w:w w:val="95"/>
                <w:sz w:val="24"/>
              </w:rPr>
              <w:t>.20</w:t>
            </w:r>
            <w:r>
              <w:rPr>
                <w:w w:val="95"/>
                <w:sz w:val="24"/>
              </w:rPr>
              <w:t>2</w:t>
            </w:r>
            <w:r w:rsidR="00323B09">
              <w:rPr>
                <w:w w:val="95"/>
                <w:sz w:val="24"/>
              </w:rPr>
              <w:t>4</w:t>
            </w:r>
          </w:p>
        </w:tc>
        <w:tc>
          <w:tcPr>
            <w:tcW w:w="5250" w:type="dxa"/>
          </w:tcPr>
          <w:p w:rsidR="00367AAC" w:rsidRDefault="00A72C33">
            <w:pPr>
              <w:pStyle w:val="TableParagraph"/>
              <w:spacing w:before="21" w:line="310" w:lineRule="atLeast"/>
              <w:ind w:left="72" w:right="171"/>
              <w:rPr>
                <w:sz w:val="24"/>
              </w:rPr>
            </w:pPr>
            <w:r>
              <w:rPr>
                <w:sz w:val="24"/>
              </w:rPr>
              <w:t>Работа с наглядностью — рисунками,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содержащими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математическую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информацию.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Формулирование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ответов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рисунку</w:t>
            </w:r>
          </w:p>
        </w:tc>
        <w:tc>
          <w:tcPr>
            <w:tcW w:w="1081" w:type="dxa"/>
          </w:tcPr>
          <w:p w:rsidR="00367AAC" w:rsidRDefault="00A72C33">
            <w:pPr>
              <w:pStyle w:val="TableParagraph"/>
              <w:spacing w:before="21" w:line="310" w:lineRule="atLeast"/>
              <w:ind w:left="71" w:right="24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21" w:line="310" w:lineRule="atLeast"/>
              <w:ind w:left="70" w:right="775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</w:tbl>
    <w:p w:rsidR="00367AAC" w:rsidRDefault="00367AAC">
      <w:pPr>
        <w:spacing w:line="310" w:lineRule="atLeast"/>
        <w:rPr>
          <w:sz w:val="24"/>
        </w:rPr>
        <w:sectPr w:rsidR="00367AAC">
          <w:pgSz w:w="16850" w:h="11900" w:orient="landscape"/>
          <w:pgMar w:top="2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756"/>
        <w:gridCol w:w="528"/>
        <w:gridCol w:w="1106"/>
        <w:gridCol w:w="1140"/>
        <w:gridCol w:w="864"/>
        <w:gridCol w:w="5249"/>
        <w:gridCol w:w="1080"/>
        <w:gridCol w:w="1383"/>
      </w:tblGrid>
      <w:tr w:rsidR="00367AAC">
        <w:trPr>
          <w:trHeight w:val="914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7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6.4.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8" w:line="318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Верные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(истинные)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неверные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(ложные)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составленные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относительно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7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17.04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1" w:line="182" w:lineRule="exact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18.04</w:t>
            </w:r>
            <w:r w:rsidR="00A72C33">
              <w:rPr>
                <w:w w:val="95"/>
                <w:sz w:val="24"/>
              </w:rPr>
              <w:t>.20</w:t>
            </w:r>
            <w:r>
              <w:rPr>
                <w:w w:val="95"/>
                <w:sz w:val="24"/>
              </w:rPr>
              <w:t>2</w:t>
            </w:r>
            <w:r w:rsidR="00323B09">
              <w:rPr>
                <w:w w:val="95"/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78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Дифференцированное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задание: составление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</w:p>
          <w:p w:rsidR="00367AAC" w:rsidRDefault="00A72C33">
            <w:pPr>
              <w:pStyle w:val="TableParagraph"/>
              <w:spacing w:line="182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характеризующих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положение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предмета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8" w:line="318" w:lineRule="exact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8" w:line="318" w:lineRule="exact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866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30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6.5.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line="316" w:lineRule="exact"/>
              <w:ind w:left="74" w:right="366"/>
              <w:rPr>
                <w:sz w:val="24"/>
              </w:rPr>
            </w:pPr>
            <w:r>
              <w:rPr>
                <w:w w:val="95"/>
                <w:sz w:val="24"/>
              </w:rPr>
              <w:t>Чтение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(содержащей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более четырёх данных);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извлечение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строки,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3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30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30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30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19.04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30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Дифференцированное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задание: составление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</w:p>
          <w:p w:rsidR="00367AAC" w:rsidRDefault="00A72C33">
            <w:pPr>
              <w:pStyle w:val="TableParagraph"/>
              <w:spacing w:line="181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характеризующих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положение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предмета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line="316" w:lineRule="exact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line="316" w:lineRule="exact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834"/>
        </w:trPr>
        <w:tc>
          <w:tcPr>
            <w:tcW w:w="396" w:type="dxa"/>
          </w:tcPr>
          <w:p w:rsidR="00367AAC" w:rsidRDefault="00A72C33">
            <w:pPr>
              <w:pStyle w:val="TableParagraph"/>
              <w:spacing w:line="273" w:lineRule="exact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6.6.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line="273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Чтение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рисунка,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схемы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1—2</w:t>
            </w:r>
          </w:p>
          <w:p w:rsidR="00367AAC" w:rsidRDefault="00A72C33">
            <w:pPr>
              <w:pStyle w:val="TableParagraph"/>
              <w:spacing w:line="310" w:lineRule="atLeas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числовыми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данными (значениями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величин).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line="273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line="273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line="273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line="273" w:lineRule="exact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7F1032">
            <w:pPr>
              <w:pStyle w:val="TableParagraph"/>
              <w:spacing w:before="40" w:line="185" w:lineRule="exact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26.04</w:t>
            </w:r>
            <w:r w:rsidR="00A72C33">
              <w:rPr>
                <w:w w:val="95"/>
                <w:sz w:val="24"/>
              </w:rPr>
              <w:t>.20</w:t>
            </w:r>
            <w:r>
              <w:rPr>
                <w:w w:val="95"/>
                <w:sz w:val="24"/>
              </w:rPr>
              <w:t>2</w:t>
            </w:r>
            <w:r w:rsidR="00323B09">
              <w:rPr>
                <w:w w:val="95"/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line="276" w:lineRule="auto"/>
              <w:ind w:left="78" w:right="203"/>
              <w:rPr>
                <w:sz w:val="24"/>
              </w:rPr>
            </w:pPr>
            <w:r>
              <w:rPr>
                <w:w w:val="95"/>
                <w:sz w:val="24"/>
              </w:rPr>
              <w:t>Работа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парах/группах: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поиск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(цвет,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форма,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величина,</w:t>
            </w:r>
          </w:p>
          <w:p w:rsidR="00367AAC" w:rsidRDefault="00A72C33">
            <w:pPr>
              <w:pStyle w:val="TableParagraph"/>
              <w:spacing w:line="184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количество,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назначение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др.).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line="273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Устн</w:t>
            </w:r>
            <w:proofErr w:type="spellEnd"/>
          </w:p>
          <w:p w:rsidR="00367AAC" w:rsidRDefault="00A72C33">
            <w:pPr>
              <w:pStyle w:val="TableParagraph"/>
              <w:spacing w:line="310" w:lineRule="atLeast"/>
              <w:ind w:left="78" w:right="507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line="273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Учи.</w:t>
            </w:r>
          </w:p>
          <w:p w:rsidR="00367AAC" w:rsidRDefault="00A72C33">
            <w:pPr>
              <w:pStyle w:val="TableParagraph"/>
              <w:spacing w:line="310" w:lineRule="atLeast"/>
              <w:ind w:left="78" w:right="767"/>
              <w:rPr>
                <w:sz w:val="24"/>
              </w:rPr>
            </w:pP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2323"/>
        </w:trPr>
        <w:tc>
          <w:tcPr>
            <w:tcW w:w="396" w:type="dxa"/>
          </w:tcPr>
          <w:p w:rsidR="00367AAC" w:rsidRDefault="00A72C33">
            <w:pPr>
              <w:pStyle w:val="TableParagraph"/>
              <w:spacing w:before="18"/>
              <w:ind w:right="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6.7.</w:t>
            </w:r>
          </w:p>
        </w:tc>
        <w:tc>
          <w:tcPr>
            <w:tcW w:w="3756" w:type="dxa"/>
          </w:tcPr>
          <w:p w:rsidR="00367AAC" w:rsidRDefault="00A72C33">
            <w:pPr>
              <w:pStyle w:val="TableParagraph"/>
              <w:spacing w:before="18" w:line="276" w:lineRule="auto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Выполнение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1—3-шаговых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</w:p>
          <w:p w:rsidR="00367AAC" w:rsidRDefault="00A72C33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связанных с вычислениями,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измерением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длины,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построением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18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1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864" w:type="dxa"/>
          </w:tcPr>
          <w:p w:rsidR="00367AAC" w:rsidRDefault="007F1032">
            <w:pPr>
              <w:pStyle w:val="TableParagraph"/>
              <w:spacing w:before="18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27.04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323B09">
            <w:pPr>
              <w:pStyle w:val="TableParagraph"/>
              <w:spacing w:before="41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367AAC" w:rsidRDefault="002C246A">
            <w:pPr>
              <w:pStyle w:val="TableParagraph"/>
              <w:spacing w:before="41"/>
              <w:ind w:left="9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04.05</w:t>
            </w:r>
            <w:r w:rsidR="00A72C33">
              <w:rPr>
                <w:w w:val="95"/>
                <w:sz w:val="24"/>
              </w:rPr>
              <w:t>.20</w:t>
            </w:r>
          </w:p>
          <w:p w:rsidR="00367AAC" w:rsidRDefault="00A72C33">
            <w:pPr>
              <w:pStyle w:val="TableParagraph"/>
              <w:spacing w:before="4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3B09">
              <w:rPr>
                <w:sz w:val="24"/>
              </w:rPr>
              <w:t>4</w:t>
            </w:r>
          </w:p>
        </w:tc>
        <w:tc>
          <w:tcPr>
            <w:tcW w:w="5249" w:type="dxa"/>
          </w:tcPr>
          <w:p w:rsidR="00367AAC" w:rsidRDefault="00A72C33">
            <w:pPr>
              <w:pStyle w:val="TableParagraph"/>
              <w:spacing w:before="18"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Дифференцированное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задание: составление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</w:p>
          <w:p w:rsidR="00367AAC" w:rsidRDefault="00A72C33">
            <w:pPr>
              <w:pStyle w:val="TableParagraph"/>
              <w:spacing w:line="276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характеризующих положение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 предмета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 w:rsidR="00367AAC" w:rsidRDefault="00A72C33">
            <w:pPr>
              <w:pStyle w:val="TableParagraph"/>
              <w:spacing w:before="20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Моделирование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отношения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(«больше»,</w:t>
            </w:r>
          </w:p>
          <w:p w:rsidR="00367AAC" w:rsidRDefault="00A72C33">
            <w:pPr>
              <w:pStyle w:val="TableParagraph"/>
              <w:spacing w:before="38" w:line="278" w:lineRule="auto"/>
              <w:ind w:left="78" w:right="487"/>
              <w:rPr>
                <w:sz w:val="24"/>
              </w:rPr>
            </w:pPr>
            <w:r>
              <w:rPr>
                <w:w w:val="95"/>
                <w:sz w:val="24"/>
              </w:rPr>
              <w:t>«меньше»,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«равно»), переместительное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сложения;</w:t>
            </w:r>
          </w:p>
        </w:tc>
        <w:tc>
          <w:tcPr>
            <w:tcW w:w="1080" w:type="dxa"/>
          </w:tcPr>
          <w:p w:rsidR="00367AAC" w:rsidRDefault="00A72C33">
            <w:pPr>
              <w:pStyle w:val="TableParagraph"/>
              <w:spacing w:before="18" w:line="276" w:lineRule="auto"/>
              <w:ind w:left="78" w:right="1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контроль;</w:t>
            </w:r>
          </w:p>
        </w:tc>
        <w:tc>
          <w:tcPr>
            <w:tcW w:w="1383" w:type="dxa"/>
          </w:tcPr>
          <w:p w:rsidR="00367AAC" w:rsidRDefault="00A72C33">
            <w:pPr>
              <w:pStyle w:val="TableParagraph"/>
              <w:spacing w:before="18" w:line="276" w:lineRule="auto"/>
              <w:ind w:left="78" w:right="767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РЭШ</w:t>
            </w:r>
          </w:p>
        </w:tc>
      </w:tr>
      <w:tr w:rsidR="00367AAC">
        <w:trPr>
          <w:trHeight w:val="337"/>
        </w:trPr>
        <w:tc>
          <w:tcPr>
            <w:tcW w:w="4152" w:type="dxa"/>
            <w:gridSpan w:val="2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разделу: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 w:line="240" w:lineRule="exact"/>
              <w:ind w:left="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22" w:type="dxa"/>
            <w:gridSpan w:val="6"/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38"/>
        </w:trPr>
        <w:tc>
          <w:tcPr>
            <w:tcW w:w="4152" w:type="dxa"/>
            <w:gridSpan w:val="2"/>
          </w:tcPr>
          <w:p w:rsidR="00367AAC" w:rsidRDefault="00A72C33">
            <w:pPr>
              <w:pStyle w:val="TableParagraph"/>
              <w:spacing w:before="78" w:line="240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Резервное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время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 w:line="240" w:lineRule="exact"/>
              <w:ind w:lef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22" w:type="dxa"/>
            <w:gridSpan w:val="6"/>
          </w:tcPr>
          <w:p w:rsidR="00367AAC" w:rsidRDefault="00367AAC">
            <w:pPr>
              <w:pStyle w:val="TableParagraph"/>
            </w:pPr>
          </w:p>
        </w:tc>
      </w:tr>
      <w:tr w:rsidR="00367AAC">
        <w:trPr>
          <w:trHeight w:val="318"/>
        </w:trPr>
        <w:tc>
          <w:tcPr>
            <w:tcW w:w="4152" w:type="dxa"/>
            <w:gridSpan w:val="2"/>
          </w:tcPr>
          <w:p w:rsidR="00367AAC" w:rsidRDefault="00A72C33">
            <w:pPr>
              <w:pStyle w:val="TableParagraph"/>
              <w:spacing w:before="78" w:line="221" w:lineRule="exact"/>
              <w:ind w:left="74"/>
              <w:rPr>
                <w:sz w:val="24"/>
              </w:rPr>
            </w:pPr>
            <w:r>
              <w:rPr>
                <w:w w:val="95"/>
                <w:sz w:val="24"/>
              </w:rPr>
              <w:t>ОБЩЕЕ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  <w:tc>
          <w:tcPr>
            <w:tcW w:w="528" w:type="dxa"/>
          </w:tcPr>
          <w:p w:rsidR="00367AAC" w:rsidRDefault="00A72C33">
            <w:pPr>
              <w:pStyle w:val="TableParagraph"/>
              <w:spacing w:before="78" w:line="221" w:lineRule="exact"/>
              <w:ind w:left="7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06" w:type="dxa"/>
          </w:tcPr>
          <w:p w:rsidR="00367AAC" w:rsidRDefault="00A72C33">
            <w:pPr>
              <w:pStyle w:val="TableParagraph"/>
              <w:spacing w:before="78" w:line="221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40" w:type="dxa"/>
          </w:tcPr>
          <w:p w:rsidR="00367AAC" w:rsidRDefault="00A72C33">
            <w:pPr>
              <w:pStyle w:val="TableParagraph"/>
              <w:spacing w:before="78" w:line="221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576" w:type="dxa"/>
            <w:gridSpan w:val="4"/>
          </w:tcPr>
          <w:p w:rsidR="00367AAC" w:rsidRDefault="00367AAC">
            <w:pPr>
              <w:pStyle w:val="TableParagraph"/>
            </w:pPr>
          </w:p>
        </w:tc>
      </w:tr>
    </w:tbl>
    <w:p w:rsidR="00367AAC" w:rsidRDefault="00367AAC">
      <w:pPr>
        <w:sectPr w:rsidR="00367AAC">
          <w:pgSz w:w="16850" w:h="11900" w:orient="landscape"/>
          <w:pgMar w:top="640" w:right="540" w:bottom="280" w:left="560" w:header="720" w:footer="720" w:gutter="0"/>
          <w:cols w:space="720"/>
        </w:sectPr>
      </w:pPr>
    </w:p>
    <w:p w:rsidR="00D25A11" w:rsidRPr="00D25A11" w:rsidRDefault="00D25A11" w:rsidP="00D25A11">
      <w:pPr>
        <w:widowControl/>
        <w:spacing w:after="320" w:line="230" w:lineRule="auto"/>
        <w:rPr>
          <w:rFonts w:ascii="Cambria" w:eastAsia="MS Mincho" w:hAnsi="Cambria"/>
          <w:lang w:val="en-US"/>
        </w:rPr>
      </w:pPr>
      <w:r w:rsidRPr="00D25A11">
        <w:rPr>
          <w:b/>
          <w:color w:val="000000"/>
          <w:sz w:val="24"/>
          <w:lang w:val="en-US"/>
        </w:rPr>
        <w:lastRenderedPageBreak/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D25A11">
              <w:rPr>
                <w:b/>
                <w:color w:val="000000"/>
                <w:sz w:val="24"/>
                <w:lang w:val="en-US"/>
              </w:rPr>
              <w:t>№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r w:rsidRPr="00D25A11">
              <w:rPr>
                <w:b/>
                <w:color w:val="000000"/>
                <w:sz w:val="24"/>
                <w:lang w:val="en-US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Виды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формы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контроля</w:t>
            </w:r>
            <w:proofErr w:type="spellEnd"/>
          </w:p>
        </w:tc>
      </w:tr>
      <w:tr w:rsidR="00D25A11" w:rsidRPr="00D25A11" w:rsidTr="00D25A11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A11" w:rsidRPr="00D25A11" w:rsidRDefault="00D25A11" w:rsidP="00D25A11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A11" w:rsidRPr="00D25A11" w:rsidRDefault="00D25A11" w:rsidP="00D25A11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D25A11">
              <w:rPr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A11" w:rsidRPr="00D25A11" w:rsidRDefault="00D25A11" w:rsidP="00D25A11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A11" w:rsidRPr="00D25A11" w:rsidRDefault="00D25A11" w:rsidP="00D25A11">
            <w:pPr>
              <w:widowControl/>
              <w:autoSpaceDE/>
              <w:autoSpaceDN/>
              <w:spacing w:after="200" w:line="276" w:lineRule="auto"/>
              <w:rPr>
                <w:rFonts w:ascii="Cambria" w:eastAsia="MS Mincho" w:hAnsi="Cambria"/>
                <w:lang w:val="en-US"/>
              </w:rPr>
            </w:pP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Счёт предметов. Один, два, три… Порядковые числительные «первый, второй, третий…»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Пространственные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отношения «вверху, внизу, слева, справа»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Временные отношения</w:t>
            </w:r>
            <w:r>
              <w:rPr>
                <w:color w:val="000000"/>
                <w:sz w:val="24"/>
              </w:rPr>
              <w:t xml:space="preserve"> </w:t>
            </w:r>
            <w:r w:rsidRPr="00D25A11">
              <w:rPr>
                <w:color w:val="000000"/>
                <w:sz w:val="24"/>
              </w:rPr>
              <w:t>«раньше, позже, сначала, потом»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Отношения «столько же, больше, меньше»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Сравнение групп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предметов « На сколько больше?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сколько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меньше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?»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Уравнение предметов и групп предметов.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 знаний по теме «Счёт предметов и групп предметов.</w:t>
            </w:r>
          </w:p>
          <w:p w:rsidR="00D25A11" w:rsidRPr="00D25A11" w:rsidRDefault="00D25A11" w:rsidP="00D25A11">
            <w:pPr>
              <w:widowControl/>
              <w:spacing w:before="70" w:line="271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Пространственные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временные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представления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Зачет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Проверочная работа по теме «Счёт предметов и групп предметов.</w:t>
            </w:r>
          </w:p>
          <w:p w:rsidR="00D25A11" w:rsidRPr="00D25A11" w:rsidRDefault="00D25A11" w:rsidP="00D25A11">
            <w:pPr>
              <w:widowControl/>
              <w:spacing w:before="70" w:line="271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Пространственные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временные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представления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323B09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09.202</w:t>
            </w:r>
            <w:r>
              <w:rPr>
                <w:color w:val="000000"/>
                <w:sz w:val="24"/>
              </w:rPr>
              <w:t>3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100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Работа над ошибками. Много. Один.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1,2.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98" w:right="650" w:bottom="3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1,2,3.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3.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Знаки «+», «-», «=». Составление и чтение равенств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1,2,3,4.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4.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Отношения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длиннее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»,«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короче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15.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1,2,3,4,5.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5.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5.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теме «Числа 1-5.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2-5».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Точка. Кривая линия.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Прямая линия.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Отрезок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Луч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09.202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Ломаная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линия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Звено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ломаной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right="720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Проверочная </w:t>
            </w:r>
            <w:proofErr w:type="spellStart"/>
            <w:r w:rsidRPr="00D25A11">
              <w:rPr>
                <w:color w:val="000000"/>
                <w:sz w:val="24"/>
              </w:rPr>
              <w:t>работа«Состав</w:t>
            </w:r>
            <w:proofErr w:type="spellEnd"/>
            <w:r w:rsidRPr="00D25A11">
              <w:rPr>
                <w:color w:val="000000"/>
                <w:sz w:val="24"/>
              </w:rPr>
              <w:t xml:space="preserve"> чисел 2-5».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323B09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color w:val="000000"/>
                <w:sz w:val="24"/>
                <w:lang w:val="en-US"/>
              </w:rPr>
              <w:t>10.20</w:t>
            </w: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листа»;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Проверочная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работа;</w:t>
            </w:r>
          </w:p>
        </w:tc>
      </w:tr>
      <w:tr w:rsidR="00D25A11" w:rsidRPr="00D25A11" w:rsidTr="00D25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Работа над ошибками.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Знаки сравнения «&gt;», «&lt;»,«=».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323B09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10.202</w:t>
            </w:r>
            <w:r>
              <w:rPr>
                <w:color w:val="000000"/>
                <w:sz w:val="24"/>
              </w:rPr>
              <w:t>3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100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Равенство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Неравенство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Многоугольники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</w:t>
            </w:r>
            <w:r w:rsidR="00323B09">
              <w:rPr>
                <w:color w:val="000000"/>
                <w:sz w:val="24"/>
              </w:rPr>
              <w:t>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6,7.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1-7.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7.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8-9.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8.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1-9.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1-10.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323B09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323B09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30.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Наши проекты.</w:t>
            </w:r>
          </w:p>
          <w:p w:rsidR="00D25A11" w:rsidRPr="00D25A11" w:rsidRDefault="00D25A11" w:rsidP="00D25A11">
            <w:pPr>
              <w:widowControl/>
              <w:spacing w:before="72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Математика вокруг нас.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Числа в загадках,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пословицах, поговорках.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633065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633065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Проект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Сантиметр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-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единица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измерения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длины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10.202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Увеличить на </w:t>
            </w:r>
            <w:proofErr w:type="gramStart"/>
            <w:r w:rsidRPr="00D25A11">
              <w:rPr>
                <w:color w:val="000000"/>
                <w:sz w:val="24"/>
              </w:rPr>
              <w:t>… .</w:t>
            </w:r>
            <w:proofErr w:type="gramEnd"/>
          </w:p>
          <w:p w:rsidR="00D25A11" w:rsidRPr="00D25A11" w:rsidRDefault="00D25A11" w:rsidP="00D25A11">
            <w:pPr>
              <w:widowControl/>
              <w:spacing w:before="70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Уменьшить на </w:t>
            </w:r>
            <w:proofErr w:type="gramStart"/>
            <w:r w:rsidRPr="00D25A11">
              <w:rPr>
                <w:color w:val="000000"/>
                <w:sz w:val="24"/>
              </w:rPr>
              <w:t>… .</w:t>
            </w:r>
            <w:proofErr w:type="gramEnd"/>
          </w:p>
          <w:p w:rsidR="00D25A11" w:rsidRPr="00D25A11" w:rsidRDefault="00D25A11" w:rsidP="00D25A11">
            <w:pPr>
              <w:widowControl/>
              <w:spacing w:before="70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Измерение длины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отрезков с помощью линейки.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Цифра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Диктант;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720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Сложение с нулём. Вычитание нуля.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1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теме «Числа 1-10.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0».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1- 10.</w:t>
            </w:r>
          </w:p>
          <w:p w:rsidR="00D25A11" w:rsidRPr="00D25A11" w:rsidRDefault="00D25A11" w:rsidP="00D25A11">
            <w:pPr>
              <w:widowControl/>
              <w:spacing w:before="7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0».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Контрольная работа по теме «Числа 1-10.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0».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Работа над ошибками. Прибавить и вычесть число 1.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над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ошибками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Прибавить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2.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39.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Вычесть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2.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Приемы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вычислений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числом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2.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Слагаемые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Сумма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Задача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условие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 Прибавить и вычесть число 2. Составление и заучивание таблиц.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теме «Прибавить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вычесть число 2.»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Задачи на увеличение (уменьшение) числа на несколько единиц.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Прямой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угол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Обобщение и закрепление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«Прибавить и вычесть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число 2.»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11.202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49.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6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>Обобщение и закрепление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«Прибавить и вычесть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число 2.»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Прибавить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вычесть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3.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Прибавить и вычесть число 3. Приемы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вычислений.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10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Закрепление. Решение текстовых задач.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left="72" w:right="720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Проверочная работа</w:t>
            </w:r>
            <w:r>
              <w:rPr>
                <w:color w:val="000000"/>
                <w:sz w:val="24"/>
              </w:rPr>
              <w:t xml:space="preserve"> </w:t>
            </w:r>
            <w:r w:rsidRPr="00D25A11">
              <w:rPr>
                <w:color w:val="000000"/>
                <w:sz w:val="24"/>
              </w:rPr>
              <w:t>«Задачи».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листа»;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Проверочная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работа;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Сравнение отрезков по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длине. Решение текстовых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Состав чисел 7,8,9,10.</w:t>
            </w:r>
          </w:p>
          <w:p w:rsidR="00D25A11" w:rsidRPr="00D25A11" w:rsidRDefault="00D25A11" w:rsidP="00D25A11">
            <w:pPr>
              <w:widowControl/>
              <w:spacing w:before="72" w:line="262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Связь чисел при сложении и вычитании.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1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Зачет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Прибавить и вычесть число 3. Составление и заучивание таблиц.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Прибавить и вычесть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число 3. Решение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 и обобщение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«Прибавить и вычесть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число 3»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Обобщение и закрепление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«Сложение и вычитание вида □ ±1, □ ± 2, □ ± 3».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Контрольная работа по теме «Сложение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вычитание вида □ ±1, □ ±2, □ ± 3»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60.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Работа над ошибками.</w:t>
            </w:r>
          </w:p>
          <w:p w:rsidR="00D25A11" w:rsidRPr="00D25A11" w:rsidRDefault="00D25A11" w:rsidP="00D25A11">
            <w:pPr>
              <w:widowControl/>
              <w:spacing w:before="70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Обобщение и закрепление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«Сложение и вычитание вида □ ±1, □ ± 2, □ ± 3»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1" w:lineRule="auto"/>
              <w:ind w:left="72" w:right="386"/>
              <w:jc w:val="both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над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ошибками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0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right="288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Сложение и вычитание чисел первого десятка.</w:t>
            </w:r>
          </w:p>
          <w:p w:rsidR="00D25A11" w:rsidRPr="00D25A11" w:rsidRDefault="00D25A11" w:rsidP="00D25A11">
            <w:pPr>
              <w:widowControl/>
              <w:spacing w:before="70" w:line="271" w:lineRule="auto"/>
              <w:ind w:left="72" w:right="720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работа«Состав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r w:rsidRPr="00D25A11">
              <w:rPr>
                <w:color w:val="000000"/>
                <w:sz w:val="24"/>
                <w:lang w:val="en-US"/>
              </w:rPr>
              <w:t>5,6,7,8,9,10».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12.202</w:t>
            </w:r>
            <w:r>
              <w:rPr>
                <w:color w:val="000000"/>
                <w:sz w:val="24"/>
              </w:rPr>
              <w:t>3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Решение задач на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увеличение числа на несколько единиц.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12.202</w:t>
            </w:r>
            <w:r w:rsidR="000C028F">
              <w:rPr>
                <w:color w:val="000000"/>
                <w:sz w:val="24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Решение задач на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уменьшение числа на несколько единиц.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Прибавить и вычесть число 4. Приемы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вычислений.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00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выражений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Сравнение чисел. Задачи на сравнение.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010"/>
              <w:jc w:val="both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Сравнение чисел. Решение задач на сравнение.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Диктант;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Прибавить и вычесть число 4. Составление и заучивание таблиц.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69.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Прибавить и вычесть числа 1,2,3,4. Решение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Перестановка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слагаемых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Перестановка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слагаемых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Прибавить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5,6,7,8,9.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01.202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таблицы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01.202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76" w:lineRule="auto"/>
              <w:ind w:left="156" w:hanging="15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 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первого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десятка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01.202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01.202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00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выражений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Обобщение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знаний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Обобщение и закрепление знаний по теме «Числа от 1 до 10. Сложение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вычитание». Тест «Числа от 1 до 10.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Связь между суммой и слагаемыми.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79.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62" w:lineRule="auto"/>
              <w:ind w:left="72" w:right="43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Связь между суммой и слагаемыми.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Решение задач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выражений. Закрепление.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720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Название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из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6,7.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Вычитание из чисел 6,7. Связь между суммой и слагаемыми.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из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8,9.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Вычитание из чисел 8,9. Решение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17.02.202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из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числа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02.202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156" w:right="288" w:hanging="156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Зачет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;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Вычитание их чисел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8,9,10. Связь сложения и вычитания.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00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Единица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массы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–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килограмм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03.202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89.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Единица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вместимости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–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литр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теме «Сложение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вычитание чисел первого десятка».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81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теме «Сложение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вычитание чисел первого десятка».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первого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десятка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Контрольная работа по теме « Сложение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вычитание чисел первого десятка»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Работа над ошибками.</w:t>
            </w:r>
          </w:p>
          <w:p w:rsidR="00D25A11" w:rsidRPr="00D25A11" w:rsidRDefault="00D25A11" w:rsidP="00D25A11">
            <w:pPr>
              <w:widowControl/>
              <w:spacing w:before="70" w:line="262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Устная нумерация чисел в пределах 20.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над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ошибками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Письменная нумерация чисел от 11 до 20.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00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Единица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длины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–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дециметр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Сложение и вычитание в пределах 20 без перехода через десяток.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Сложение и вычитание чисел в пределах 20.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знаний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99.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Проверочная работа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«Сложение и вычитание в пределах 20»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03.202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Работа над ошибками.</w:t>
            </w:r>
          </w:p>
          <w:p w:rsidR="00D25A11" w:rsidRPr="00D25A11" w:rsidRDefault="00D25A11" w:rsidP="00D25A11">
            <w:pPr>
              <w:widowControl/>
              <w:spacing w:before="72" w:line="281" w:lineRule="auto"/>
              <w:ind w:left="72" w:right="14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</w:rPr>
              <w:t xml:space="preserve">Решение задач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выражений. Знакомство с краткой записью задач.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Сравнение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именованных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чисел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0C028F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>
              <w:rPr>
                <w:color w:val="000000"/>
                <w:sz w:val="24"/>
                <w:lang w:val="en-US"/>
              </w:rPr>
              <w:t>03.20</w:t>
            </w: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62" w:lineRule="auto"/>
              <w:ind w:left="72" w:right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над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ошибками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576" w:hanging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Решение задач и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 xml:space="preserve">выражений. Тест по </w:t>
            </w:r>
            <w:proofErr w:type="spellStart"/>
            <w:r w:rsidRPr="00D25A11">
              <w:rPr>
                <w:color w:val="000000"/>
                <w:sz w:val="24"/>
              </w:rPr>
              <w:t>теме«Сложение</w:t>
            </w:r>
            <w:proofErr w:type="spellEnd"/>
            <w:r w:rsidRPr="00D25A11">
              <w:rPr>
                <w:color w:val="000000"/>
                <w:sz w:val="24"/>
              </w:rPr>
              <w:t xml:space="preserve"> и вычитание в пределах 20».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03.202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14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Знакомство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составными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задачами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0C028F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04.202</w:t>
            </w:r>
            <w:r>
              <w:rPr>
                <w:color w:val="000000"/>
                <w:sz w:val="24"/>
              </w:rPr>
              <w:t>4</w:t>
            </w:r>
            <w:r w:rsidR="00D25A1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103.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Составные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задачи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.04.202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104.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156" w:right="288" w:hanging="15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 Сложение однозначных чисел с переходом через десяток.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.04.202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105.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+ 2, □ + 3.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+ 4.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107. 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+ 5.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100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100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7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108.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1" w:lineRule="auto"/>
              <w:ind w:left="576" w:right="576" w:hanging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Сложение вида □ + 6. Проверочная </w:t>
            </w:r>
            <w:proofErr w:type="spellStart"/>
            <w:r w:rsidRPr="00D25A11">
              <w:rPr>
                <w:color w:val="000000"/>
                <w:sz w:val="24"/>
              </w:rPr>
              <w:t>работа«Сложение</w:t>
            </w:r>
            <w:proofErr w:type="spellEnd"/>
            <w:r w:rsidRPr="00D25A11">
              <w:rPr>
                <w:color w:val="000000"/>
                <w:sz w:val="24"/>
              </w:rPr>
              <w:t xml:space="preserve"> чисел».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Проверочная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109.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+ 7.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+ 7.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144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□ + 8, □ + 9.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Таблица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сложения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D25A11" w:rsidRPr="00D25A11" w:rsidTr="00D25A11">
        <w:trPr>
          <w:trHeight w:hRule="exact" w:val="11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576"/>
              </w:tabs>
              <w:spacing w:before="98" w:line="262" w:lineRule="auto"/>
              <w:ind w:right="1008"/>
              <w:rPr>
                <w:rFonts w:ascii="Cambria" w:eastAsia="MS Mincho" w:hAnsi="Cambria"/>
                <w:lang w:val="en-US"/>
              </w:rPr>
            </w:pPr>
            <w:proofErr w:type="spellStart"/>
            <w:r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/>
              </w:rPr>
              <w:t>задач</w:t>
            </w:r>
            <w:proofErr w:type="spellEnd"/>
            <w:r>
              <w:rPr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выражений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178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78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Закрепление знаний по теме «Табличное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сложение». Тест по теме</w:t>
            </w:r>
            <w:r w:rsidR="00C133B1">
              <w:rPr>
                <w:color w:val="000000"/>
                <w:sz w:val="24"/>
              </w:rPr>
              <w:t xml:space="preserve"> </w:t>
            </w:r>
            <w:r w:rsidRPr="00D25A11">
              <w:rPr>
                <w:color w:val="000000"/>
                <w:sz w:val="24"/>
              </w:rPr>
              <w:t>«Табличное сложение».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Тестирование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C133B1">
        <w:trPr>
          <w:trHeight w:hRule="exact" w:val="11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tabs>
                <w:tab w:val="left" w:pos="576"/>
              </w:tabs>
              <w:spacing w:before="98" w:line="262" w:lineRule="auto"/>
              <w:ind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Приём вычитания с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rFonts w:ascii="Cambria" w:eastAsia="MS Mincho" w:hAnsi="Cambria"/>
              </w:rPr>
              <w:tab/>
            </w:r>
            <w:r w:rsidRPr="00D25A11">
              <w:rPr>
                <w:color w:val="000000"/>
                <w:sz w:val="24"/>
              </w:rPr>
              <w:t>переходом через десяток.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11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lastRenderedPageBreak/>
              <w:t>117.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12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04.202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D25A1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13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0C028F" w:rsidRDefault="00D25A11" w:rsidP="00D25A1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5A11" w:rsidRPr="00D25A11" w:rsidRDefault="00D25A11" w:rsidP="00D25A1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119.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14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C133B1">
        <w:trPr>
          <w:trHeight w:hRule="exact"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120.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1" w:lineRule="auto"/>
              <w:ind w:left="576" w:right="432" w:hanging="576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Промежуточная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br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аттестация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Итоговый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контроль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C133B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tabs>
                <w:tab w:val="left" w:pos="576"/>
              </w:tabs>
              <w:spacing w:before="98" w:line="262" w:lineRule="auto"/>
              <w:ind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Работа над ошибками. </w:t>
            </w:r>
            <w:r w:rsidRPr="00D25A11">
              <w:rPr>
                <w:rFonts w:ascii="Cambria" w:eastAsia="MS Mincho" w:hAnsi="Cambria"/>
              </w:rPr>
              <w:tab/>
            </w:r>
            <w:r w:rsidRPr="00D25A11">
              <w:rPr>
                <w:color w:val="000000"/>
                <w:sz w:val="24"/>
              </w:rPr>
              <w:t>Вычитание вида 15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Самооценка с </w:t>
            </w:r>
            <w:r w:rsidRPr="00D25A11">
              <w:rPr>
                <w:rFonts w:ascii="Cambria" w:eastAsia="MS Mincho" w:hAnsi="Cambria"/>
              </w:rPr>
              <w:br/>
            </w:r>
            <w:proofErr w:type="spellStart"/>
            <w:r w:rsidRPr="00D25A11">
              <w:rPr>
                <w:color w:val="000000"/>
                <w:sz w:val="24"/>
              </w:rPr>
              <w:t>использованием«Оценочного</w:t>
            </w:r>
            <w:proofErr w:type="spellEnd"/>
            <w:r w:rsidRPr="00D25A11">
              <w:rPr>
                <w:color w:val="000000"/>
                <w:sz w:val="24"/>
              </w:rPr>
              <w:t xml:space="preserve">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листа»;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122.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16 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17 – □, 18–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Вычитание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вида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17 – □, 18– □.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125.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6" w:lineRule="auto"/>
              <w:ind w:left="576" w:right="288" w:hanging="576"/>
              <w:rPr>
                <w:rFonts w:ascii="Cambria" w:eastAsia="MS Mincho" w:hAnsi="Cambria"/>
              </w:rPr>
            </w:pPr>
            <w:r>
              <w:rPr>
                <w:color w:val="000000"/>
                <w:sz w:val="24"/>
              </w:rPr>
              <w:t xml:space="preserve">Закрепление знаний. </w:t>
            </w:r>
            <w:r w:rsidRPr="00D25A11">
              <w:rPr>
                <w:color w:val="000000"/>
                <w:sz w:val="24"/>
              </w:rPr>
              <w:t xml:space="preserve">Проверочная работа по теме «Табличное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сложение и вычитание».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Проверочная работа;</w:t>
            </w:r>
          </w:p>
        </w:tc>
      </w:tr>
      <w:tr w:rsidR="00C133B1" w:rsidRPr="00C133B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126.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 знаний.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1" w:lineRule="auto"/>
              <w:ind w:left="72" w:right="144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Устный опрос; Работа над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ошибками;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6" w:lineRule="auto"/>
              <w:ind w:left="72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 и обобщение знаний по теме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«Табличное сложение и вычитание».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128.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4" w:lineRule="auto"/>
              <w:ind w:left="156" w:right="144" w:hanging="15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 Сложение и вычитание однозначных чисел с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переходом через десяток.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0C028F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05.202</w:t>
            </w:r>
            <w:r>
              <w:rPr>
                <w:color w:val="000000"/>
                <w:sz w:val="24"/>
              </w:rPr>
              <w:t>5</w:t>
            </w:r>
            <w:r w:rsidR="00C133B1" w:rsidRPr="00D25A11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tabs>
                <w:tab w:val="left" w:pos="156"/>
              </w:tabs>
              <w:spacing w:before="98" w:line="262" w:lineRule="auto"/>
              <w:ind w:right="288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r w:rsidRPr="00D25A11">
              <w:rPr>
                <w:rFonts w:ascii="Cambria" w:eastAsia="MS Mincho" w:hAnsi="Cambria"/>
                <w:lang w:val="en-US"/>
              </w:rPr>
              <w:tab/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Решение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задач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1" w:lineRule="auto"/>
              <w:ind w:left="576" w:hanging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Закрепление по теме: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«Геометрические фигуры. Измерение длины».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D25A11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Обобщение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знаний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62" w:lineRule="auto"/>
              <w:ind w:left="72" w:right="288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работа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  <w:tr w:rsidR="00C133B1" w:rsidRPr="00D25A11" w:rsidTr="00C133B1">
        <w:trPr>
          <w:trHeight w:hRule="exact" w:val="11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71" w:lineRule="auto"/>
              <w:ind w:left="576" w:right="576" w:hanging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 xml:space="preserve">Что узнали. Чему </w:t>
            </w:r>
            <w:r w:rsidRPr="00D25A11">
              <w:rPr>
                <w:rFonts w:ascii="Cambria" w:eastAsia="MS Mincho" w:hAnsi="Cambria"/>
              </w:rPr>
              <w:br/>
            </w:r>
            <w:r w:rsidRPr="00D25A11">
              <w:rPr>
                <w:color w:val="000000"/>
                <w:sz w:val="24"/>
              </w:rPr>
              <w:t>научились. Итоговый урок.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0C028F" w:rsidRDefault="00C133B1" w:rsidP="00C133B1">
            <w:pPr>
              <w:widowControl/>
              <w:spacing w:before="98" w:line="230" w:lineRule="auto"/>
              <w:jc w:val="center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  <w:lang w:val="en-US"/>
              </w:rPr>
              <w:t>05.202</w:t>
            </w:r>
            <w:r w:rsidR="000C028F">
              <w:rPr>
                <w:color w:val="000000"/>
                <w:sz w:val="24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C133B1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proofErr w:type="spellStart"/>
            <w:r w:rsidRPr="00D25A11">
              <w:rPr>
                <w:color w:val="000000"/>
                <w:sz w:val="24"/>
                <w:lang w:val="en-US"/>
              </w:rPr>
              <w:t>Устный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25A11">
              <w:rPr>
                <w:color w:val="000000"/>
                <w:sz w:val="24"/>
                <w:lang w:val="en-US"/>
              </w:rPr>
              <w:t>опрос</w:t>
            </w:r>
            <w:proofErr w:type="spellEnd"/>
            <w:r w:rsidRPr="00D25A11">
              <w:rPr>
                <w:color w:val="000000"/>
                <w:sz w:val="24"/>
                <w:lang w:val="en-US"/>
              </w:rPr>
              <w:t>;</w:t>
            </w:r>
          </w:p>
        </w:tc>
      </w:tr>
    </w:tbl>
    <w:p w:rsidR="00D25A11" w:rsidRPr="00D25A11" w:rsidRDefault="00D25A11" w:rsidP="00D25A11">
      <w:pPr>
        <w:widowControl/>
        <w:spacing w:line="14" w:lineRule="exact"/>
        <w:rPr>
          <w:rFonts w:ascii="Cambria" w:eastAsia="MS Mincho" w:hAnsi="Cambria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470"/>
        <w:gridCol w:w="732"/>
        <w:gridCol w:w="1620"/>
        <w:gridCol w:w="4730"/>
      </w:tblGrid>
      <w:tr w:rsidR="00C133B1" w:rsidRPr="00D25A11" w:rsidTr="00323B09">
        <w:trPr>
          <w:trHeight w:hRule="exact" w:val="808"/>
        </w:trPr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323B09">
            <w:pPr>
              <w:widowControl/>
              <w:spacing w:before="98" w:line="262" w:lineRule="auto"/>
              <w:ind w:left="72" w:right="576"/>
              <w:rPr>
                <w:rFonts w:ascii="Cambria" w:eastAsia="MS Mincho" w:hAnsi="Cambria"/>
              </w:rPr>
            </w:pPr>
            <w:r w:rsidRPr="00D25A11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323B09">
            <w:pPr>
              <w:widowControl/>
              <w:spacing w:before="98" w:line="230" w:lineRule="auto"/>
              <w:ind w:left="74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323B09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133B1" w:rsidRPr="00D25A11" w:rsidRDefault="00C133B1" w:rsidP="00323B09">
            <w:pPr>
              <w:widowControl/>
              <w:spacing w:before="98" w:line="230" w:lineRule="auto"/>
              <w:ind w:left="72"/>
              <w:rPr>
                <w:rFonts w:ascii="Cambria" w:eastAsia="MS Mincho" w:hAnsi="Cambria"/>
                <w:lang w:val="en-US"/>
              </w:rPr>
            </w:pPr>
            <w:r w:rsidRPr="00D25A11">
              <w:rPr>
                <w:color w:val="000000"/>
                <w:sz w:val="24"/>
                <w:lang w:val="en-US"/>
              </w:rPr>
              <w:t>119</w:t>
            </w:r>
          </w:p>
        </w:tc>
      </w:tr>
    </w:tbl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  <w:lang w:val="en-US"/>
        </w:rPr>
        <w:sectPr w:rsidR="00D25A11" w:rsidRPr="00D25A11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A11" w:rsidRPr="00D25A11" w:rsidRDefault="00D25A11" w:rsidP="00D25A11">
      <w:pPr>
        <w:widowControl/>
        <w:spacing w:after="66" w:line="220" w:lineRule="exact"/>
        <w:rPr>
          <w:rFonts w:ascii="Cambria" w:eastAsia="MS Mincho" w:hAnsi="Cambria"/>
          <w:lang w:val="en-US"/>
        </w:rPr>
      </w:pPr>
    </w:p>
    <w:p w:rsidR="00D25A11" w:rsidRPr="00D25A11" w:rsidRDefault="00D25A11" w:rsidP="00D25A11">
      <w:pPr>
        <w:widowControl/>
        <w:spacing w:line="230" w:lineRule="auto"/>
        <w:rPr>
          <w:rFonts w:ascii="Cambria" w:eastAsia="MS Mincho" w:hAnsi="Cambria"/>
          <w:lang w:val="en-US"/>
        </w:rPr>
      </w:pPr>
      <w:r w:rsidRPr="00D25A11">
        <w:rPr>
          <w:b/>
          <w:color w:val="000000"/>
          <w:sz w:val="24"/>
          <w:lang w:val="en-US"/>
        </w:rPr>
        <w:t xml:space="preserve">УЧЕБНО-МЕТОДИЧЕСКОЕ ОБЕСПЕЧЕНИЕ ОБРАЗОВАТЕЛЬНОГО ПРОЦЕССА </w:t>
      </w:r>
    </w:p>
    <w:p w:rsidR="00D25A11" w:rsidRPr="00D25A11" w:rsidRDefault="00D25A11" w:rsidP="00D25A11">
      <w:pPr>
        <w:widowControl/>
        <w:spacing w:before="346" w:line="230" w:lineRule="auto"/>
        <w:rPr>
          <w:rFonts w:ascii="Cambria" w:eastAsia="MS Mincho" w:hAnsi="Cambria"/>
          <w:lang w:val="en-US"/>
        </w:rPr>
      </w:pPr>
      <w:r w:rsidRPr="00D25A11">
        <w:rPr>
          <w:b/>
          <w:color w:val="000000"/>
          <w:sz w:val="24"/>
          <w:lang w:val="en-US"/>
        </w:rPr>
        <w:t>ОБЯЗАТЕЛЬНЫЕ УЧЕБНЫЕ МАТЕРИАЛЫ ДЛЯ УЧЕНИКА</w:t>
      </w:r>
    </w:p>
    <w:p w:rsidR="00D25A11" w:rsidRPr="00D25A11" w:rsidRDefault="00D25A11" w:rsidP="00D25A11">
      <w:pPr>
        <w:widowControl/>
        <w:spacing w:before="166" w:line="271" w:lineRule="auto"/>
        <w:ind w:right="144"/>
        <w:rPr>
          <w:rFonts w:ascii="Cambria" w:eastAsia="MS Mincho" w:hAnsi="Cambria"/>
        </w:rPr>
      </w:pPr>
      <w:r w:rsidRPr="00D25A11">
        <w:rPr>
          <w:color w:val="000000"/>
          <w:sz w:val="24"/>
        </w:rPr>
        <w:t xml:space="preserve">Математика (в 2 частях), 1 класс /Моро М.И., Волкова С.И., Степанова С.В., Акционерное </w:t>
      </w:r>
      <w:proofErr w:type="spellStart"/>
      <w:r w:rsidRPr="00D25A11">
        <w:rPr>
          <w:color w:val="000000"/>
          <w:sz w:val="24"/>
        </w:rPr>
        <w:t>общество«Издательство</w:t>
      </w:r>
      <w:proofErr w:type="spellEnd"/>
      <w:r w:rsidRPr="00D25A11">
        <w:rPr>
          <w:color w:val="000000"/>
          <w:sz w:val="24"/>
        </w:rPr>
        <w:t xml:space="preserve"> «Просвещение»; </w:t>
      </w:r>
      <w:r w:rsidR="006024D9">
        <w:rPr>
          <w:color w:val="000000"/>
          <w:sz w:val="24"/>
        </w:rPr>
        <w:t>2023</w:t>
      </w:r>
      <w:bookmarkStart w:id="0" w:name="_GoBack"/>
      <w:bookmarkEnd w:id="0"/>
      <w:r w:rsidRPr="00D25A11">
        <w:rPr>
          <w:rFonts w:ascii="Cambria" w:eastAsia="MS Mincho" w:hAnsi="Cambria"/>
        </w:rPr>
        <w:br/>
      </w:r>
      <w:r w:rsidRPr="00D25A11">
        <w:rPr>
          <w:color w:val="000000"/>
          <w:sz w:val="24"/>
        </w:rPr>
        <w:t>Введите свой вариант:</w:t>
      </w:r>
    </w:p>
    <w:p w:rsidR="00D25A11" w:rsidRPr="00D25A11" w:rsidRDefault="00D25A11" w:rsidP="00D25A11">
      <w:pPr>
        <w:widowControl/>
        <w:spacing w:before="262" w:line="230" w:lineRule="auto"/>
        <w:rPr>
          <w:rFonts w:ascii="Cambria" w:eastAsia="MS Mincho" w:hAnsi="Cambria"/>
        </w:rPr>
      </w:pPr>
      <w:r w:rsidRPr="00D25A11">
        <w:rPr>
          <w:b/>
          <w:color w:val="000000"/>
          <w:sz w:val="24"/>
        </w:rPr>
        <w:t>МЕТОДИЧЕСКИЕ МАТЕРИАЛЫ ДЛЯ УЧИТЕЛЯ</w:t>
      </w:r>
    </w:p>
    <w:p w:rsidR="00D25A11" w:rsidRPr="00D25A11" w:rsidRDefault="00D25A11" w:rsidP="00D25A11">
      <w:pPr>
        <w:widowControl/>
        <w:spacing w:before="166" w:line="262" w:lineRule="auto"/>
        <w:ind w:right="432"/>
        <w:rPr>
          <w:rFonts w:ascii="Cambria" w:eastAsia="MS Mincho" w:hAnsi="Cambria"/>
        </w:rPr>
      </w:pPr>
      <w:r w:rsidRPr="00D25A11">
        <w:rPr>
          <w:color w:val="000000"/>
          <w:sz w:val="24"/>
        </w:rPr>
        <w:t>Методические рекомендации с поурочными разработками по "Математике" 1 класс УМК "Школа России"</w:t>
      </w:r>
    </w:p>
    <w:p w:rsidR="00D25A11" w:rsidRPr="00D25A11" w:rsidRDefault="00D25A11" w:rsidP="00D25A11">
      <w:pPr>
        <w:widowControl/>
        <w:spacing w:before="264" w:line="230" w:lineRule="auto"/>
        <w:rPr>
          <w:rFonts w:ascii="Cambria" w:eastAsia="MS Mincho" w:hAnsi="Cambria"/>
        </w:rPr>
      </w:pPr>
      <w:r w:rsidRPr="00D25A11">
        <w:rPr>
          <w:b/>
          <w:color w:val="000000"/>
          <w:sz w:val="24"/>
        </w:rPr>
        <w:t>ЦИФРОВЫЕ ОБРАЗОВАТЕЛЬНЫЕ РЕСУРСЫ И РЕСУРСЫ СЕТИ ИНТЕРНЕТ</w:t>
      </w:r>
    </w:p>
    <w:p w:rsidR="00D25A11" w:rsidRPr="00D25A11" w:rsidRDefault="00D25A11" w:rsidP="006024D9">
      <w:pPr>
        <w:widowControl/>
        <w:spacing w:before="168" w:line="230" w:lineRule="auto"/>
        <w:rPr>
          <w:rFonts w:ascii="Cambria" w:eastAsia="MS Mincho" w:hAnsi="Cambria"/>
        </w:rPr>
        <w:sectPr w:rsidR="00D25A11" w:rsidRPr="00D25A1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D25A11">
        <w:rPr>
          <w:color w:val="000000"/>
          <w:sz w:val="24"/>
          <w:lang w:val="en-US"/>
        </w:rPr>
        <w:t>https</w:t>
      </w:r>
      <w:r w:rsidRPr="00D25A11">
        <w:rPr>
          <w:color w:val="000000"/>
          <w:sz w:val="24"/>
        </w:rPr>
        <w:t>://</w:t>
      </w:r>
      <w:proofErr w:type="spellStart"/>
      <w:r w:rsidRPr="00D25A11">
        <w:rPr>
          <w:color w:val="000000"/>
          <w:sz w:val="24"/>
          <w:lang w:val="en-US"/>
        </w:rPr>
        <w:t>urok</w:t>
      </w:r>
      <w:proofErr w:type="spellEnd"/>
      <w:r w:rsidRPr="00D25A11">
        <w:rPr>
          <w:color w:val="000000"/>
          <w:sz w:val="24"/>
        </w:rPr>
        <w:t>.1</w:t>
      </w:r>
      <w:r w:rsidRPr="00D25A11">
        <w:rPr>
          <w:color w:val="000000"/>
          <w:sz w:val="24"/>
          <w:lang w:val="en-US"/>
        </w:rPr>
        <w:t>sept</w:t>
      </w:r>
      <w:r w:rsidRPr="00D25A11">
        <w:rPr>
          <w:color w:val="000000"/>
          <w:sz w:val="24"/>
        </w:rPr>
        <w:t>.</w:t>
      </w:r>
      <w:proofErr w:type="spellStart"/>
      <w:r w:rsidRPr="00D25A11">
        <w:rPr>
          <w:color w:val="000000"/>
          <w:sz w:val="24"/>
          <w:lang w:val="en-US"/>
        </w:rPr>
        <w:t>ru</w:t>
      </w:r>
      <w:proofErr w:type="spellEnd"/>
      <w:r w:rsidRPr="00D25A11">
        <w:rPr>
          <w:color w:val="000000"/>
          <w:sz w:val="24"/>
        </w:rPr>
        <w:t xml:space="preserve">/ </w:t>
      </w:r>
      <w:r w:rsidRPr="00D25A11">
        <w:rPr>
          <w:color w:val="000000"/>
          <w:sz w:val="24"/>
          <w:lang w:val="en-US"/>
        </w:rPr>
        <w:t>http</w:t>
      </w:r>
      <w:r w:rsidRPr="00D25A11">
        <w:rPr>
          <w:color w:val="000000"/>
          <w:sz w:val="24"/>
        </w:rPr>
        <w:t>://</w:t>
      </w:r>
      <w:r w:rsidRPr="00D25A11">
        <w:rPr>
          <w:color w:val="000000"/>
          <w:sz w:val="24"/>
          <w:lang w:val="en-US"/>
        </w:rPr>
        <w:t>school</w:t>
      </w:r>
      <w:r w:rsidRPr="00D25A11">
        <w:rPr>
          <w:color w:val="000000"/>
          <w:sz w:val="24"/>
        </w:rPr>
        <w:t>-</w:t>
      </w:r>
      <w:r w:rsidRPr="00D25A11">
        <w:rPr>
          <w:color w:val="000000"/>
          <w:sz w:val="24"/>
          <w:lang w:val="en-US"/>
        </w:rPr>
        <w:t>collection</w:t>
      </w:r>
      <w:r w:rsidRPr="00D25A11">
        <w:rPr>
          <w:color w:val="000000"/>
          <w:sz w:val="24"/>
        </w:rPr>
        <w:t>.</w:t>
      </w:r>
      <w:proofErr w:type="spellStart"/>
      <w:r w:rsidRPr="00D25A11">
        <w:rPr>
          <w:color w:val="000000"/>
          <w:sz w:val="24"/>
          <w:lang w:val="en-US"/>
        </w:rPr>
        <w:t>edu</w:t>
      </w:r>
      <w:proofErr w:type="spellEnd"/>
      <w:r w:rsidRPr="00D25A11">
        <w:rPr>
          <w:color w:val="000000"/>
          <w:sz w:val="24"/>
        </w:rPr>
        <w:t>.</w:t>
      </w:r>
      <w:proofErr w:type="spellStart"/>
      <w:r w:rsidRPr="00D25A11">
        <w:rPr>
          <w:color w:val="000000"/>
          <w:sz w:val="24"/>
          <w:lang w:val="en-US"/>
        </w:rPr>
        <w:t>ru</w:t>
      </w:r>
      <w:proofErr w:type="spellEnd"/>
      <w:r w:rsidRPr="00D25A11">
        <w:rPr>
          <w:color w:val="000000"/>
          <w:sz w:val="24"/>
        </w:rPr>
        <w:t xml:space="preserve">/ </w:t>
      </w:r>
      <w:r w:rsidRPr="00D25A11">
        <w:rPr>
          <w:color w:val="000000"/>
          <w:sz w:val="24"/>
          <w:lang w:val="en-US"/>
        </w:rPr>
        <w:t>https</w:t>
      </w:r>
      <w:r w:rsidRPr="00D25A11">
        <w:rPr>
          <w:color w:val="000000"/>
          <w:sz w:val="24"/>
        </w:rPr>
        <w:t>://</w:t>
      </w:r>
      <w:proofErr w:type="spellStart"/>
      <w:r w:rsidRPr="00D25A11">
        <w:rPr>
          <w:color w:val="000000"/>
          <w:sz w:val="24"/>
          <w:lang w:val="en-US"/>
        </w:rPr>
        <w:t>uchi</w:t>
      </w:r>
      <w:proofErr w:type="spellEnd"/>
      <w:r w:rsidRPr="00D25A11">
        <w:rPr>
          <w:color w:val="000000"/>
          <w:sz w:val="24"/>
        </w:rPr>
        <w:t>.</w:t>
      </w:r>
      <w:proofErr w:type="spellStart"/>
      <w:r w:rsidRPr="00D25A11">
        <w:rPr>
          <w:color w:val="000000"/>
          <w:sz w:val="24"/>
          <w:lang w:val="en-US"/>
        </w:rPr>
        <w:t>ru</w:t>
      </w:r>
      <w:proofErr w:type="spellEnd"/>
      <w:r w:rsidRPr="00D25A11">
        <w:rPr>
          <w:color w:val="000000"/>
          <w:sz w:val="24"/>
        </w:rPr>
        <w:t>/</w:t>
      </w:r>
    </w:p>
    <w:p w:rsidR="00D25A11" w:rsidRPr="00D25A11" w:rsidRDefault="00D25A11" w:rsidP="00D25A11">
      <w:pPr>
        <w:widowControl/>
        <w:spacing w:line="379" w:lineRule="auto"/>
        <w:ind w:right="432"/>
        <w:rPr>
          <w:rFonts w:ascii="Cambria" w:eastAsia="MS Mincho" w:hAnsi="Cambria"/>
        </w:rPr>
      </w:pPr>
      <w:r w:rsidRPr="00D25A11">
        <w:rPr>
          <w:b/>
          <w:color w:val="000000"/>
          <w:sz w:val="24"/>
        </w:rPr>
        <w:lastRenderedPageBreak/>
        <w:t xml:space="preserve">МАТЕРИАЛЬНО-ТЕХНИЧЕСКОЕ ОБЕСПЕЧЕНИЕ ОБРАЗОВАТЕЛЬНОГО ПРОЦЕССА УЧЕБНОЕ ОБОРУДОВАНИЕ </w:t>
      </w:r>
      <w:r w:rsidRPr="00D25A11">
        <w:rPr>
          <w:rFonts w:ascii="Cambria" w:eastAsia="MS Mincho" w:hAnsi="Cambria"/>
        </w:rPr>
        <w:br/>
      </w:r>
      <w:r w:rsidRPr="00D25A11">
        <w:rPr>
          <w:color w:val="000000"/>
          <w:sz w:val="24"/>
        </w:rPr>
        <w:t>Мультимедийный компьютер. Таблица по математике.</w:t>
      </w:r>
    </w:p>
    <w:p w:rsidR="00D25A11" w:rsidRPr="00D25A11" w:rsidRDefault="00D25A11" w:rsidP="00D25A11">
      <w:pPr>
        <w:widowControl/>
        <w:autoSpaceDE/>
        <w:autoSpaceDN/>
        <w:spacing w:after="200" w:line="276" w:lineRule="auto"/>
        <w:rPr>
          <w:rFonts w:ascii="Cambria" w:eastAsia="MS Mincho" w:hAnsi="Cambria"/>
        </w:rPr>
      </w:pPr>
    </w:p>
    <w:sectPr w:rsidR="00D25A11" w:rsidRPr="00D25A11" w:rsidSect="00D25A11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A0470DF"/>
    <w:multiLevelType w:val="hybridMultilevel"/>
    <w:tmpl w:val="B1163BBE"/>
    <w:lvl w:ilvl="0" w:tplc="65C0D9B4">
      <w:start w:val="1"/>
      <w:numFmt w:val="decimal"/>
      <w:lvlText w:val="%1."/>
      <w:lvlJc w:val="left"/>
      <w:pPr>
        <w:ind w:left="1101" w:hanging="22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6882D35E">
      <w:numFmt w:val="bullet"/>
      <w:lvlText w:val="•"/>
      <w:lvlJc w:val="left"/>
      <w:pPr>
        <w:ind w:left="2093" w:hanging="221"/>
      </w:pPr>
      <w:rPr>
        <w:rFonts w:hint="default"/>
        <w:lang w:val="ru-RU" w:eastAsia="en-US" w:bidi="ar-SA"/>
      </w:rPr>
    </w:lvl>
    <w:lvl w:ilvl="2" w:tplc="7B0E47F8">
      <w:numFmt w:val="bullet"/>
      <w:lvlText w:val="•"/>
      <w:lvlJc w:val="left"/>
      <w:pPr>
        <w:ind w:left="3087" w:hanging="221"/>
      </w:pPr>
      <w:rPr>
        <w:rFonts w:hint="default"/>
        <w:lang w:val="ru-RU" w:eastAsia="en-US" w:bidi="ar-SA"/>
      </w:rPr>
    </w:lvl>
    <w:lvl w:ilvl="3" w:tplc="7FB23890">
      <w:numFmt w:val="bullet"/>
      <w:lvlText w:val="•"/>
      <w:lvlJc w:val="left"/>
      <w:pPr>
        <w:ind w:left="4081" w:hanging="221"/>
      </w:pPr>
      <w:rPr>
        <w:rFonts w:hint="default"/>
        <w:lang w:val="ru-RU" w:eastAsia="en-US" w:bidi="ar-SA"/>
      </w:rPr>
    </w:lvl>
    <w:lvl w:ilvl="4" w:tplc="6D942342">
      <w:numFmt w:val="bullet"/>
      <w:lvlText w:val="•"/>
      <w:lvlJc w:val="left"/>
      <w:pPr>
        <w:ind w:left="5075" w:hanging="221"/>
      </w:pPr>
      <w:rPr>
        <w:rFonts w:hint="default"/>
        <w:lang w:val="ru-RU" w:eastAsia="en-US" w:bidi="ar-SA"/>
      </w:rPr>
    </w:lvl>
    <w:lvl w:ilvl="5" w:tplc="FD0C780E">
      <w:numFmt w:val="bullet"/>
      <w:lvlText w:val="•"/>
      <w:lvlJc w:val="left"/>
      <w:pPr>
        <w:ind w:left="6069" w:hanging="221"/>
      </w:pPr>
      <w:rPr>
        <w:rFonts w:hint="default"/>
        <w:lang w:val="ru-RU" w:eastAsia="en-US" w:bidi="ar-SA"/>
      </w:rPr>
    </w:lvl>
    <w:lvl w:ilvl="6" w:tplc="2E0845F6">
      <w:numFmt w:val="bullet"/>
      <w:lvlText w:val="•"/>
      <w:lvlJc w:val="left"/>
      <w:pPr>
        <w:ind w:left="7063" w:hanging="221"/>
      </w:pPr>
      <w:rPr>
        <w:rFonts w:hint="default"/>
        <w:lang w:val="ru-RU" w:eastAsia="en-US" w:bidi="ar-SA"/>
      </w:rPr>
    </w:lvl>
    <w:lvl w:ilvl="7" w:tplc="44002104">
      <w:numFmt w:val="bullet"/>
      <w:lvlText w:val="•"/>
      <w:lvlJc w:val="left"/>
      <w:pPr>
        <w:ind w:left="8057" w:hanging="221"/>
      </w:pPr>
      <w:rPr>
        <w:rFonts w:hint="default"/>
        <w:lang w:val="ru-RU" w:eastAsia="en-US" w:bidi="ar-SA"/>
      </w:rPr>
    </w:lvl>
    <w:lvl w:ilvl="8" w:tplc="1A126BBE">
      <w:numFmt w:val="bullet"/>
      <w:lvlText w:val="•"/>
      <w:lvlJc w:val="left"/>
      <w:pPr>
        <w:ind w:left="9051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49A74DFC"/>
    <w:multiLevelType w:val="hybridMultilevel"/>
    <w:tmpl w:val="0AA2603C"/>
    <w:lvl w:ilvl="0" w:tplc="4B241022">
      <w:start w:val="1"/>
      <w:numFmt w:val="decimal"/>
      <w:lvlText w:val="%1)"/>
      <w:lvlJc w:val="left"/>
      <w:pPr>
        <w:ind w:left="603" w:hanging="317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327E89DC">
      <w:numFmt w:val="bullet"/>
      <w:lvlText w:val="—"/>
      <w:lvlJc w:val="left"/>
      <w:pPr>
        <w:ind w:left="527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2C8394">
      <w:numFmt w:val="bullet"/>
      <w:lvlText w:val="•"/>
      <w:lvlJc w:val="left"/>
      <w:pPr>
        <w:ind w:left="1733" w:hanging="363"/>
      </w:pPr>
      <w:rPr>
        <w:rFonts w:hint="default"/>
        <w:lang w:val="ru-RU" w:eastAsia="en-US" w:bidi="ar-SA"/>
      </w:rPr>
    </w:lvl>
    <w:lvl w:ilvl="3" w:tplc="614E5582">
      <w:numFmt w:val="bullet"/>
      <w:lvlText w:val="•"/>
      <w:lvlJc w:val="left"/>
      <w:pPr>
        <w:ind w:left="2866" w:hanging="363"/>
      </w:pPr>
      <w:rPr>
        <w:rFonts w:hint="default"/>
        <w:lang w:val="ru-RU" w:eastAsia="en-US" w:bidi="ar-SA"/>
      </w:rPr>
    </w:lvl>
    <w:lvl w:ilvl="4" w:tplc="D45E9AE8">
      <w:numFmt w:val="bullet"/>
      <w:lvlText w:val="•"/>
      <w:lvlJc w:val="left"/>
      <w:pPr>
        <w:ind w:left="3999" w:hanging="363"/>
      </w:pPr>
      <w:rPr>
        <w:rFonts w:hint="default"/>
        <w:lang w:val="ru-RU" w:eastAsia="en-US" w:bidi="ar-SA"/>
      </w:rPr>
    </w:lvl>
    <w:lvl w:ilvl="5" w:tplc="5D26FAEC">
      <w:numFmt w:val="bullet"/>
      <w:lvlText w:val="•"/>
      <w:lvlJc w:val="left"/>
      <w:pPr>
        <w:ind w:left="5132" w:hanging="363"/>
      </w:pPr>
      <w:rPr>
        <w:rFonts w:hint="default"/>
        <w:lang w:val="ru-RU" w:eastAsia="en-US" w:bidi="ar-SA"/>
      </w:rPr>
    </w:lvl>
    <w:lvl w:ilvl="6" w:tplc="B6E02F22">
      <w:numFmt w:val="bullet"/>
      <w:lvlText w:val="•"/>
      <w:lvlJc w:val="left"/>
      <w:pPr>
        <w:ind w:left="6266" w:hanging="363"/>
      </w:pPr>
      <w:rPr>
        <w:rFonts w:hint="default"/>
        <w:lang w:val="ru-RU" w:eastAsia="en-US" w:bidi="ar-SA"/>
      </w:rPr>
    </w:lvl>
    <w:lvl w:ilvl="7" w:tplc="B46ACE22">
      <w:numFmt w:val="bullet"/>
      <w:lvlText w:val="•"/>
      <w:lvlJc w:val="left"/>
      <w:pPr>
        <w:ind w:left="7399" w:hanging="363"/>
      </w:pPr>
      <w:rPr>
        <w:rFonts w:hint="default"/>
        <w:lang w:val="ru-RU" w:eastAsia="en-US" w:bidi="ar-SA"/>
      </w:rPr>
    </w:lvl>
    <w:lvl w:ilvl="8" w:tplc="75BE6B6E">
      <w:numFmt w:val="bullet"/>
      <w:lvlText w:val="•"/>
      <w:lvlJc w:val="left"/>
      <w:pPr>
        <w:ind w:left="8532" w:hanging="363"/>
      </w:pPr>
      <w:rPr>
        <w:rFonts w:hint="default"/>
        <w:lang w:val="ru-RU" w:eastAsia="en-US" w:bidi="ar-SA"/>
      </w:rPr>
    </w:lvl>
  </w:abstractNum>
  <w:abstractNum w:abstractNumId="11" w15:restartNumberingAfterBreak="0">
    <w:nsid w:val="62534890"/>
    <w:multiLevelType w:val="hybridMultilevel"/>
    <w:tmpl w:val="1A1E5F92"/>
    <w:lvl w:ilvl="0" w:tplc="CE94AD06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ACE2E">
      <w:numFmt w:val="bullet"/>
      <w:lvlText w:val="•"/>
      <w:lvlJc w:val="left"/>
      <w:pPr>
        <w:ind w:left="1547" w:hanging="361"/>
      </w:pPr>
      <w:rPr>
        <w:rFonts w:hint="default"/>
        <w:lang w:val="ru-RU" w:eastAsia="en-US" w:bidi="ar-SA"/>
      </w:rPr>
    </w:lvl>
    <w:lvl w:ilvl="2" w:tplc="61986568">
      <w:numFmt w:val="bullet"/>
      <w:lvlText w:val="•"/>
      <w:lvlJc w:val="left"/>
      <w:pPr>
        <w:ind w:left="2575" w:hanging="361"/>
      </w:pPr>
      <w:rPr>
        <w:rFonts w:hint="default"/>
        <w:lang w:val="ru-RU" w:eastAsia="en-US" w:bidi="ar-SA"/>
      </w:rPr>
    </w:lvl>
    <w:lvl w:ilvl="3" w:tplc="E09ECA22">
      <w:numFmt w:val="bullet"/>
      <w:lvlText w:val="•"/>
      <w:lvlJc w:val="left"/>
      <w:pPr>
        <w:ind w:left="3603" w:hanging="361"/>
      </w:pPr>
      <w:rPr>
        <w:rFonts w:hint="default"/>
        <w:lang w:val="ru-RU" w:eastAsia="en-US" w:bidi="ar-SA"/>
      </w:rPr>
    </w:lvl>
    <w:lvl w:ilvl="4" w:tplc="1C16B6E2">
      <w:numFmt w:val="bullet"/>
      <w:lvlText w:val="•"/>
      <w:lvlJc w:val="left"/>
      <w:pPr>
        <w:ind w:left="4631" w:hanging="361"/>
      </w:pPr>
      <w:rPr>
        <w:rFonts w:hint="default"/>
        <w:lang w:val="ru-RU" w:eastAsia="en-US" w:bidi="ar-SA"/>
      </w:rPr>
    </w:lvl>
    <w:lvl w:ilvl="5" w:tplc="75883D38">
      <w:numFmt w:val="bullet"/>
      <w:lvlText w:val="•"/>
      <w:lvlJc w:val="left"/>
      <w:pPr>
        <w:ind w:left="5659" w:hanging="361"/>
      </w:pPr>
      <w:rPr>
        <w:rFonts w:hint="default"/>
        <w:lang w:val="ru-RU" w:eastAsia="en-US" w:bidi="ar-SA"/>
      </w:rPr>
    </w:lvl>
    <w:lvl w:ilvl="6" w:tplc="E2D81490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7" w:tplc="381847F4">
      <w:numFmt w:val="bullet"/>
      <w:lvlText w:val="•"/>
      <w:lvlJc w:val="left"/>
      <w:pPr>
        <w:ind w:left="7715" w:hanging="361"/>
      </w:pPr>
      <w:rPr>
        <w:rFonts w:hint="default"/>
        <w:lang w:val="ru-RU" w:eastAsia="en-US" w:bidi="ar-SA"/>
      </w:rPr>
    </w:lvl>
    <w:lvl w:ilvl="8" w:tplc="EC728DDC">
      <w:numFmt w:val="bullet"/>
      <w:lvlText w:val="•"/>
      <w:lvlJc w:val="left"/>
      <w:pPr>
        <w:ind w:left="8743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7CDC49B0"/>
    <w:multiLevelType w:val="hybridMultilevel"/>
    <w:tmpl w:val="759EB78C"/>
    <w:lvl w:ilvl="0" w:tplc="2EEC939A">
      <w:start w:val="1"/>
      <w:numFmt w:val="decimal"/>
      <w:lvlText w:val="%1)"/>
      <w:lvlJc w:val="left"/>
      <w:pPr>
        <w:ind w:left="603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1C83CEE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5847E2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3" w:tplc="04CA301E">
      <w:numFmt w:val="bullet"/>
      <w:lvlText w:val="•"/>
      <w:lvlJc w:val="left"/>
      <w:pPr>
        <w:ind w:left="2866" w:hanging="361"/>
      </w:pPr>
      <w:rPr>
        <w:rFonts w:hint="default"/>
        <w:lang w:val="ru-RU" w:eastAsia="en-US" w:bidi="ar-SA"/>
      </w:rPr>
    </w:lvl>
    <w:lvl w:ilvl="4" w:tplc="69B00A52">
      <w:numFmt w:val="bullet"/>
      <w:lvlText w:val="•"/>
      <w:lvlJc w:val="left"/>
      <w:pPr>
        <w:ind w:left="3999" w:hanging="361"/>
      </w:pPr>
      <w:rPr>
        <w:rFonts w:hint="default"/>
        <w:lang w:val="ru-RU" w:eastAsia="en-US" w:bidi="ar-SA"/>
      </w:rPr>
    </w:lvl>
    <w:lvl w:ilvl="5" w:tplc="32A65A22">
      <w:numFmt w:val="bullet"/>
      <w:lvlText w:val="•"/>
      <w:lvlJc w:val="left"/>
      <w:pPr>
        <w:ind w:left="5132" w:hanging="361"/>
      </w:pPr>
      <w:rPr>
        <w:rFonts w:hint="default"/>
        <w:lang w:val="ru-RU" w:eastAsia="en-US" w:bidi="ar-SA"/>
      </w:rPr>
    </w:lvl>
    <w:lvl w:ilvl="6" w:tplc="456EF1BE">
      <w:numFmt w:val="bullet"/>
      <w:lvlText w:val="•"/>
      <w:lvlJc w:val="left"/>
      <w:pPr>
        <w:ind w:left="6266" w:hanging="361"/>
      </w:pPr>
      <w:rPr>
        <w:rFonts w:hint="default"/>
        <w:lang w:val="ru-RU" w:eastAsia="en-US" w:bidi="ar-SA"/>
      </w:rPr>
    </w:lvl>
    <w:lvl w:ilvl="7" w:tplc="B8CA9F28">
      <w:numFmt w:val="bullet"/>
      <w:lvlText w:val="•"/>
      <w:lvlJc w:val="left"/>
      <w:pPr>
        <w:ind w:left="7399" w:hanging="361"/>
      </w:pPr>
      <w:rPr>
        <w:rFonts w:hint="default"/>
        <w:lang w:val="ru-RU" w:eastAsia="en-US" w:bidi="ar-SA"/>
      </w:rPr>
    </w:lvl>
    <w:lvl w:ilvl="8" w:tplc="3738CA82">
      <w:numFmt w:val="bullet"/>
      <w:lvlText w:val="•"/>
      <w:lvlJc w:val="left"/>
      <w:pPr>
        <w:ind w:left="8532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1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67AAC"/>
    <w:rsid w:val="000C028F"/>
    <w:rsid w:val="00221A29"/>
    <w:rsid w:val="002C246A"/>
    <w:rsid w:val="00323B09"/>
    <w:rsid w:val="00367AAC"/>
    <w:rsid w:val="006024D9"/>
    <w:rsid w:val="00633065"/>
    <w:rsid w:val="007F1032"/>
    <w:rsid w:val="00966CD8"/>
    <w:rsid w:val="00A72C33"/>
    <w:rsid w:val="00B932D6"/>
    <w:rsid w:val="00C133B1"/>
    <w:rsid w:val="00D25A11"/>
    <w:rsid w:val="00FD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CBD8A"/>
  <w15:docId w15:val="{792D611D-607C-449F-91F0-5D79EBD4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221A2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rsid w:val="00221A29"/>
    <w:pPr>
      <w:ind w:left="287"/>
      <w:outlineLvl w:val="0"/>
    </w:pPr>
    <w:rPr>
      <w:b/>
      <w:bCs/>
      <w:sz w:val="24"/>
      <w:szCs w:val="24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25A11"/>
    <w:pPr>
      <w:keepNext/>
      <w:keepLines/>
      <w:spacing w:before="40"/>
      <w:outlineLvl w:val="1"/>
    </w:pPr>
    <w:rPr>
      <w:rFonts w:ascii="Calibri" w:eastAsia="MS Gothic" w:hAnsi="Calibri"/>
      <w:b/>
      <w:bCs/>
      <w:color w:val="4F81BD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25A11"/>
    <w:pPr>
      <w:keepNext/>
      <w:keepLines/>
      <w:spacing w:before="40"/>
      <w:outlineLvl w:val="2"/>
    </w:pPr>
    <w:rPr>
      <w:rFonts w:ascii="Calibri" w:eastAsia="MS Gothic" w:hAnsi="Calibri"/>
      <w:b/>
      <w:bCs/>
      <w:color w:val="4F81BD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25A11"/>
    <w:pPr>
      <w:keepNext/>
      <w:keepLines/>
      <w:spacing w:before="40"/>
      <w:outlineLvl w:val="3"/>
    </w:pPr>
    <w:rPr>
      <w:rFonts w:ascii="Calibri" w:eastAsia="MS Gothic" w:hAnsi="Calibri"/>
      <w:b/>
      <w:bCs/>
      <w:i/>
      <w:iCs/>
      <w:color w:val="4F81BD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25A11"/>
    <w:pPr>
      <w:keepNext/>
      <w:keepLines/>
      <w:spacing w:before="40"/>
      <w:outlineLvl w:val="4"/>
    </w:pPr>
    <w:rPr>
      <w:rFonts w:ascii="Calibri" w:eastAsia="MS Gothic" w:hAnsi="Calibri"/>
      <w:color w:val="243F60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25A11"/>
    <w:pPr>
      <w:keepNext/>
      <w:keepLines/>
      <w:spacing w:before="40"/>
      <w:outlineLvl w:val="5"/>
    </w:pPr>
    <w:rPr>
      <w:rFonts w:ascii="Calibri" w:eastAsia="MS Gothic" w:hAnsi="Calibri"/>
      <w:i/>
      <w:iCs/>
      <w:color w:val="243F60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25A11"/>
    <w:pPr>
      <w:keepNext/>
      <w:keepLines/>
      <w:spacing w:before="40"/>
      <w:outlineLvl w:val="6"/>
    </w:pPr>
    <w:rPr>
      <w:rFonts w:ascii="Calibri" w:eastAsia="MS Gothic" w:hAnsi="Calibri"/>
      <w:i/>
      <w:iCs/>
      <w:color w:val="404040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25A11"/>
    <w:pPr>
      <w:keepNext/>
      <w:keepLines/>
      <w:spacing w:before="40"/>
      <w:outlineLvl w:val="7"/>
    </w:pPr>
    <w:rPr>
      <w:rFonts w:ascii="Calibri" w:eastAsia="MS Gothic" w:hAnsi="Calibri"/>
      <w:color w:val="4F81BD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25A11"/>
    <w:pPr>
      <w:keepNext/>
      <w:keepLines/>
      <w:spacing w:before="40"/>
      <w:outlineLvl w:val="8"/>
    </w:pPr>
    <w:rPr>
      <w:rFonts w:ascii="Calibri" w:eastAsia="MS Gothic" w:hAnsi="Calibri"/>
      <w:i/>
      <w:iCs/>
      <w:color w:val="404040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1A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99"/>
    <w:qFormat/>
    <w:rsid w:val="00221A29"/>
    <w:rPr>
      <w:sz w:val="24"/>
      <w:szCs w:val="24"/>
    </w:rPr>
  </w:style>
  <w:style w:type="paragraph" w:styleId="a7">
    <w:name w:val="List Paragraph"/>
    <w:basedOn w:val="a1"/>
    <w:uiPriority w:val="34"/>
    <w:qFormat/>
    <w:rsid w:val="00221A29"/>
    <w:pPr>
      <w:spacing w:before="190"/>
      <w:ind w:left="527"/>
    </w:pPr>
  </w:style>
  <w:style w:type="paragraph" w:customStyle="1" w:styleId="TableParagraph">
    <w:name w:val="Table Paragraph"/>
    <w:basedOn w:val="a1"/>
    <w:uiPriority w:val="1"/>
    <w:qFormat/>
    <w:rsid w:val="00221A29"/>
  </w:style>
  <w:style w:type="paragraph" w:customStyle="1" w:styleId="210">
    <w:name w:val="Заголовок 21"/>
    <w:basedOn w:val="a1"/>
    <w:next w:val="a1"/>
    <w:uiPriority w:val="9"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2"/>
    </w:pPr>
    <w:rPr>
      <w:rFonts w:ascii="Calibri" w:eastAsia="MS Gothic" w:hAnsi="Calibri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4"/>
    </w:pPr>
    <w:rPr>
      <w:rFonts w:ascii="Calibri" w:eastAsia="MS Gothic" w:hAnsi="Calibri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5"/>
    </w:pPr>
    <w:rPr>
      <w:rFonts w:ascii="Calibri" w:eastAsia="MS Gothic" w:hAnsi="Calibri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6"/>
    </w:pPr>
    <w:rPr>
      <w:rFonts w:ascii="Calibri" w:eastAsia="MS Gothic" w:hAnsi="Calibri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25A11"/>
    <w:pPr>
      <w:keepNext/>
      <w:keepLines/>
      <w:widowControl/>
      <w:autoSpaceDE/>
      <w:autoSpaceDN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en-US"/>
    </w:rPr>
  </w:style>
  <w:style w:type="numbering" w:customStyle="1" w:styleId="11">
    <w:name w:val="Нет списка1"/>
    <w:next w:val="a4"/>
    <w:uiPriority w:val="99"/>
    <w:semiHidden/>
    <w:unhideWhenUsed/>
    <w:rsid w:val="00D25A11"/>
  </w:style>
  <w:style w:type="paragraph" w:styleId="a8">
    <w:name w:val="header"/>
    <w:basedOn w:val="a1"/>
    <w:link w:val="a9"/>
    <w:uiPriority w:val="99"/>
    <w:unhideWhenUsed/>
    <w:rsid w:val="00D25A11"/>
    <w:pPr>
      <w:widowControl/>
      <w:tabs>
        <w:tab w:val="center" w:pos="4680"/>
        <w:tab w:val="right" w:pos="9360"/>
      </w:tabs>
      <w:autoSpaceDE/>
      <w:autoSpaceDN/>
    </w:pPr>
    <w:rPr>
      <w:rFonts w:ascii="Cambria" w:eastAsia="MS Mincho" w:hAnsi="Cambria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D25A11"/>
    <w:rPr>
      <w:rFonts w:ascii="Cambria" w:eastAsia="MS Mincho" w:hAnsi="Cambria" w:cs="Times New Roman"/>
    </w:rPr>
  </w:style>
  <w:style w:type="paragraph" w:styleId="aa">
    <w:name w:val="footer"/>
    <w:basedOn w:val="a1"/>
    <w:link w:val="ab"/>
    <w:uiPriority w:val="99"/>
    <w:unhideWhenUsed/>
    <w:rsid w:val="00D25A11"/>
    <w:pPr>
      <w:widowControl/>
      <w:tabs>
        <w:tab w:val="center" w:pos="4680"/>
        <w:tab w:val="right" w:pos="9360"/>
      </w:tabs>
      <w:autoSpaceDE/>
      <w:autoSpaceDN/>
    </w:pPr>
    <w:rPr>
      <w:rFonts w:ascii="Cambria" w:eastAsia="MS Mincho" w:hAnsi="Cambria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D25A11"/>
    <w:rPr>
      <w:rFonts w:ascii="Cambria" w:eastAsia="MS Mincho" w:hAnsi="Cambria" w:cs="Times New Roman"/>
    </w:rPr>
  </w:style>
  <w:style w:type="paragraph" w:styleId="ac">
    <w:name w:val="No Spacing"/>
    <w:uiPriority w:val="1"/>
    <w:qFormat/>
    <w:rsid w:val="00D25A11"/>
    <w:pPr>
      <w:widowControl/>
      <w:autoSpaceDE/>
      <w:autoSpaceDN/>
    </w:pPr>
    <w:rPr>
      <w:rFonts w:eastAsia="MS Mincho"/>
    </w:rPr>
  </w:style>
  <w:style w:type="character" w:customStyle="1" w:styleId="10">
    <w:name w:val="Заголовок 1 Знак"/>
    <w:basedOn w:val="a2"/>
    <w:link w:val="1"/>
    <w:uiPriority w:val="9"/>
    <w:rsid w:val="00D25A1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2">
    <w:name w:val="Заголовок 2 Знак"/>
    <w:basedOn w:val="a2"/>
    <w:link w:val="21"/>
    <w:uiPriority w:val="9"/>
    <w:rsid w:val="00D25A11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D25A11"/>
    <w:rPr>
      <w:rFonts w:ascii="Calibri" w:eastAsia="MS Gothic" w:hAnsi="Calibri" w:cs="Times New Roman"/>
      <w:b/>
      <w:bCs/>
      <w:color w:val="4F81BD"/>
    </w:rPr>
  </w:style>
  <w:style w:type="paragraph" w:customStyle="1" w:styleId="12">
    <w:name w:val="Заголовок1"/>
    <w:basedOn w:val="a1"/>
    <w:next w:val="a1"/>
    <w:uiPriority w:val="10"/>
    <w:qFormat/>
    <w:rsid w:val="00D25A11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/>
    </w:rPr>
  </w:style>
  <w:style w:type="character" w:customStyle="1" w:styleId="ad">
    <w:name w:val="Заголовок Знак"/>
    <w:basedOn w:val="a2"/>
    <w:link w:val="ae"/>
    <w:uiPriority w:val="10"/>
    <w:rsid w:val="00D25A11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3">
    <w:name w:val="Подзаголовок1"/>
    <w:basedOn w:val="a1"/>
    <w:next w:val="a1"/>
    <w:uiPriority w:val="11"/>
    <w:qFormat/>
    <w:rsid w:val="00D25A11"/>
    <w:pPr>
      <w:widowControl/>
      <w:numPr>
        <w:ilvl w:val="1"/>
      </w:numPr>
      <w:autoSpaceDE/>
      <w:autoSpaceDN/>
      <w:spacing w:after="200" w:line="276" w:lineRule="auto"/>
    </w:pPr>
    <w:rPr>
      <w:rFonts w:ascii="Calibri" w:eastAsia="MS Gothic" w:hAnsi="Calibri"/>
      <w:i/>
      <w:iCs/>
      <w:color w:val="4F81BD"/>
      <w:spacing w:val="15"/>
      <w:sz w:val="24"/>
      <w:szCs w:val="24"/>
      <w:lang w:val="en-US"/>
    </w:rPr>
  </w:style>
  <w:style w:type="character" w:customStyle="1" w:styleId="af">
    <w:name w:val="Подзаголовок Знак"/>
    <w:basedOn w:val="a2"/>
    <w:link w:val="af0"/>
    <w:uiPriority w:val="11"/>
    <w:rsid w:val="00D25A11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D25A1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23">
    <w:name w:val="Body Text 2"/>
    <w:basedOn w:val="a1"/>
    <w:link w:val="24"/>
    <w:uiPriority w:val="99"/>
    <w:unhideWhenUsed/>
    <w:rsid w:val="00D25A11"/>
    <w:pPr>
      <w:widowControl/>
      <w:autoSpaceDE/>
      <w:autoSpaceDN/>
      <w:spacing w:after="120" w:line="480" w:lineRule="auto"/>
    </w:pPr>
    <w:rPr>
      <w:rFonts w:ascii="Cambria" w:eastAsia="MS Mincho" w:hAnsi="Cambria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D25A11"/>
    <w:rPr>
      <w:rFonts w:ascii="Cambria" w:eastAsia="MS Mincho" w:hAnsi="Cambria" w:cs="Times New Roman"/>
    </w:rPr>
  </w:style>
  <w:style w:type="paragraph" w:styleId="33">
    <w:name w:val="Body Text 3"/>
    <w:basedOn w:val="a1"/>
    <w:link w:val="34"/>
    <w:uiPriority w:val="99"/>
    <w:unhideWhenUsed/>
    <w:rsid w:val="00D25A11"/>
    <w:pPr>
      <w:widowControl/>
      <w:autoSpaceDE/>
      <w:autoSpaceDN/>
      <w:spacing w:after="120" w:line="276" w:lineRule="auto"/>
    </w:pPr>
    <w:rPr>
      <w:rFonts w:ascii="Cambria" w:eastAsia="MS Mincho" w:hAnsi="Cambria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D25A11"/>
    <w:rPr>
      <w:rFonts w:ascii="Cambria" w:eastAsia="MS Mincho" w:hAnsi="Cambria" w:cs="Times New Roman"/>
      <w:sz w:val="16"/>
      <w:szCs w:val="16"/>
    </w:rPr>
  </w:style>
  <w:style w:type="paragraph" w:styleId="af1">
    <w:name w:val="List"/>
    <w:basedOn w:val="a1"/>
    <w:uiPriority w:val="99"/>
    <w:unhideWhenUsed/>
    <w:rsid w:val="00D25A11"/>
    <w:pPr>
      <w:widowControl/>
      <w:autoSpaceDE/>
      <w:autoSpaceDN/>
      <w:spacing w:after="200" w:line="276" w:lineRule="auto"/>
      <w:ind w:left="360" w:hanging="360"/>
      <w:contextualSpacing/>
    </w:pPr>
    <w:rPr>
      <w:rFonts w:ascii="Cambria" w:eastAsia="MS Mincho" w:hAnsi="Cambria"/>
      <w:lang w:val="en-US"/>
    </w:rPr>
  </w:style>
  <w:style w:type="paragraph" w:styleId="25">
    <w:name w:val="List 2"/>
    <w:basedOn w:val="a1"/>
    <w:uiPriority w:val="99"/>
    <w:unhideWhenUsed/>
    <w:rsid w:val="00D25A11"/>
    <w:pPr>
      <w:widowControl/>
      <w:autoSpaceDE/>
      <w:autoSpaceDN/>
      <w:spacing w:after="200" w:line="276" w:lineRule="auto"/>
      <w:ind w:left="720" w:hanging="360"/>
      <w:contextualSpacing/>
    </w:pPr>
    <w:rPr>
      <w:rFonts w:ascii="Cambria" w:eastAsia="MS Mincho" w:hAnsi="Cambria"/>
      <w:lang w:val="en-US"/>
    </w:rPr>
  </w:style>
  <w:style w:type="paragraph" w:styleId="35">
    <w:name w:val="List 3"/>
    <w:basedOn w:val="a1"/>
    <w:uiPriority w:val="99"/>
    <w:unhideWhenUsed/>
    <w:rsid w:val="00D25A11"/>
    <w:pPr>
      <w:widowControl/>
      <w:autoSpaceDE/>
      <w:autoSpaceDN/>
      <w:spacing w:after="200" w:line="276" w:lineRule="auto"/>
      <w:ind w:left="1080" w:hanging="360"/>
      <w:contextualSpacing/>
    </w:pPr>
    <w:rPr>
      <w:rFonts w:ascii="Cambria" w:eastAsia="MS Mincho" w:hAnsi="Cambria"/>
      <w:lang w:val="en-US"/>
    </w:rPr>
  </w:style>
  <w:style w:type="paragraph" w:styleId="a0">
    <w:name w:val="List Bullet"/>
    <w:basedOn w:val="a1"/>
    <w:uiPriority w:val="99"/>
    <w:unhideWhenUsed/>
    <w:rsid w:val="00D25A11"/>
    <w:pPr>
      <w:widowControl/>
      <w:numPr>
        <w:numId w:val="5"/>
      </w:numPr>
      <w:tabs>
        <w:tab w:val="clear" w:pos="360"/>
      </w:tabs>
      <w:autoSpaceDE/>
      <w:autoSpaceDN/>
      <w:spacing w:after="200" w:line="276" w:lineRule="auto"/>
      <w:ind w:left="1101" w:hanging="221"/>
      <w:contextualSpacing/>
    </w:pPr>
    <w:rPr>
      <w:rFonts w:ascii="Cambria" w:eastAsia="MS Mincho" w:hAnsi="Cambria"/>
      <w:lang w:val="en-US"/>
    </w:rPr>
  </w:style>
  <w:style w:type="paragraph" w:styleId="20">
    <w:name w:val="List Bullet 2"/>
    <w:basedOn w:val="a1"/>
    <w:uiPriority w:val="99"/>
    <w:unhideWhenUsed/>
    <w:rsid w:val="00D25A11"/>
    <w:pPr>
      <w:widowControl/>
      <w:numPr>
        <w:numId w:val="6"/>
      </w:numPr>
      <w:tabs>
        <w:tab w:val="clear" w:pos="720"/>
      </w:tabs>
      <w:autoSpaceDE/>
      <w:autoSpaceDN/>
      <w:spacing w:after="200" w:line="276" w:lineRule="auto"/>
      <w:ind w:left="603" w:hanging="317"/>
      <w:contextualSpacing/>
    </w:pPr>
    <w:rPr>
      <w:rFonts w:ascii="Cambria" w:eastAsia="MS Mincho" w:hAnsi="Cambria"/>
      <w:lang w:val="en-US"/>
    </w:rPr>
  </w:style>
  <w:style w:type="paragraph" w:styleId="30">
    <w:name w:val="List Bullet 3"/>
    <w:basedOn w:val="a1"/>
    <w:uiPriority w:val="99"/>
    <w:unhideWhenUsed/>
    <w:rsid w:val="00D25A11"/>
    <w:pPr>
      <w:widowControl/>
      <w:numPr>
        <w:numId w:val="7"/>
      </w:numPr>
      <w:tabs>
        <w:tab w:val="clear" w:pos="1080"/>
      </w:tabs>
      <w:autoSpaceDE/>
      <w:autoSpaceDN/>
      <w:spacing w:after="200" w:line="276" w:lineRule="auto"/>
      <w:ind w:left="603" w:hanging="317"/>
      <w:contextualSpacing/>
    </w:pPr>
    <w:rPr>
      <w:rFonts w:ascii="Cambria" w:eastAsia="MS Mincho" w:hAnsi="Cambria"/>
      <w:lang w:val="en-US"/>
    </w:rPr>
  </w:style>
  <w:style w:type="paragraph" w:styleId="a">
    <w:name w:val="List Number"/>
    <w:basedOn w:val="a1"/>
    <w:uiPriority w:val="99"/>
    <w:unhideWhenUsed/>
    <w:rsid w:val="00D25A11"/>
    <w:pPr>
      <w:widowControl/>
      <w:numPr>
        <w:numId w:val="9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2">
    <w:name w:val="List Number 2"/>
    <w:basedOn w:val="a1"/>
    <w:uiPriority w:val="99"/>
    <w:unhideWhenUsed/>
    <w:rsid w:val="00D25A11"/>
    <w:pPr>
      <w:widowControl/>
      <w:numPr>
        <w:numId w:val="10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3">
    <w:name w:val="List Number 3"/>
    <w:basedOn w:val="a1"/>
    <w:uiPriority w:val="99"/>
    <w:unhideWhenUsed/>
    <w:rsid w:val="00D25A11"/>
    <w:pPr>
      <w:widowControl/>
      <w:numPr>
        <w:numId w:val="11"/>
      </w:numPr>
      <w:autoSpaceDE/>
      <w:autoSpaceDN/>
      <w:spacing w:after="200" w:line="276" w:lineRule="auto"/>
      <w:contextualSpacing/>
    </w:pPr>
    <w:rPr>
      <w:rFonts w:ascii="Cambria" w:eastAsia="MS Mincho" w:hAnsi="Cambria"/>
      <w:lang w:val="en-US"/>
    </w:rPr>
  </w:style>
  <w:style w:type="paragraph" w:styleId="af2">
    <w:name w:val="List Continue"/>
    <w:basedOn w:val="a1"/>
    <w:uiPriority w:val="99"/>
    <w:unhideWhenUsed/>
    <w:rsid w:val="00D25A11"/>
    <w:pPr>
      <w:widowControl/>
      <w:autoSpaceDE/>
      <w:autoSpaceDN/>
      <w:spacing w:after="120" w:line="276" w:lineRule="auto"/>
      <w:ind w:left="360"/>
      <w:contextualSpacing/>
    </w:pPr>
    <w:rPr>
      <w:rFonts w:ascii="Cambria" w:eastAsia="MS Mincho" w:hAnsi="Cambria"/>
      <w:lang w:val="en-US"/>
    </w:rPr>
  </w:style>
  <w:style w:type="paragraph" w:styleId="26">
    <w:name w:val="List Continue 2"/>
    <w:basedOn w:val="a1"/>
    <w:uiPriority w:val="99"/>
    <w:unhideWhenUsed/>
    <w:rsid w:val="00D25A11"/>
    <w:pPr>
      <w:widowControl/>
      <w:autoSpaceDE/>
      <w:autoSpaceDN/>
      <w:spacing w:after="120" w:line="276" w:lineRule="auto"/>
      <w:ind w:left="720"/>
      <w:contextualSpacing/>
    </w:pPr>
    <w:rPr>
      <w:rFonts w:ascii="Cambria" w:eastAsia="MS Mincho" w:hAnsi="Cambria"/>
      <w:lang w:val="en-US"/>
    </w:rPr>
  </w:style>
  <w:style w:type="paragraph" w:styleId="36">
    <w:name w:val="List Continue 3"/>
    <w:basedOn w:val="a1"/>
    <w:uiPriority w:val="99"/>
    <w:unhideWhenUsed/>
    <w:rsid w:val="00D25A11"/>
    <w:pPr>
      <w:widowControl/>
      <w:autoSpaceDE/>
      <w:autoSpaceDN/>
      <w:spacing w:after="120" w:line="276" w:lineRule="auto"/>
      <w:ind w:left="1080"/>
      <w:contextualSpacing/>
    </w:pPr>
    <w:rPr>
      <w:rFonts w:ascii="Cambria" w:eastAsia="MS Mincho" w:hAnsi="Cambria"/>
      <w:lang w:val="en-US"/>
    </w:rPr>
  </w:style>
  <w:style w:type="paragraph" w:styleId="af3">
    <w:name w:val="macro"/>
    <w:link w:val="af4"/>
    <w:uiPriority w:val="99"/>
    <w:unhideWhenUsed/>
    <w:rsid w:val="00D25A11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="MS Mincho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D25A11"/>
    <w:rPr>
      <w:rFonts w:ascii="Courier" w:eastAsia="MS Mincho" w:hAnsi="Courier"/>
      <w:sz w:val="20"/>
      <w:szCs w:val="20"/>
    </w:rPr>
  </w:style>
  <w:style w:type="paragraph" w:customStyle="1" w:styleId="211">
    <w:name w:val="Цитата 21"/>
    <w:basedOn w:val="a1"/>
    <w:next w:val="a1"/>
    <w:uiPriority w:val="29"/>
    <w:qFormat/>
    <w:rsid w:val="00D25A11"/>
    <w:pPr>
      <w:widowControl/>
      <w:autoSpaceDE/>
      <w:autoSpaceDN/>
      <w:spacing w:after="200" w:line="276" w:lineRule="auto"/>
    </w:pPr>
    <w:rPr>
      <w:rFonts w:ascii="Cambria" w:eastAsia="MS Mincho" w:hAnsi="Cambria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D25A11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D25A11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D25A11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D25A11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D25A11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D25A11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D25A11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1"/>
    <w:next w:val="a1"/>
    <w:uiPriority w:val="35"/>
    <w:semiHidden/>
    <w:unhideWhenUsed/>
    <w:qFormat/>
    <w:rsid w:val="00D25A11"/>
    <w:pPr>
      <w:widowControl/>
      <w:autoSpaceDE/>
      <w:autoSpaceDN/>
      <w:spacing w:after="200"/>
    </w:pPr>
    <w:rPr>
      <w:rFonts w:ascii="Cambria" w:eastAsia="MS Mincho" w:hAnsi="Cambria"/>
      <w:b/>
      <w:bCs/>
      <w:color w:val="4F81BD"/>
      <w:sz w:val="18"/>
      <w:szCs w:val="18"/>
      <w:lang w:val="en-US"/>
    </w:rPr>
  </w:style>
  <w:style w:type="character" w:styleId="af5">
    <w:name w:val="Strong"/>
    <w:basedOn w:val="a2"/>
    <w:uiPriority w:val="22"/>
    <w:qFormat/>
    <w:rsid w:val="00D25A11"/>
    <w:rPr>
      <w:b/>
      <w:bCs/>
    </w:rPr>
  </w:style>
  <w:style w:type="character" w:styleId="af6">
    <w:name w:val="Emphasis"/>
    <w:basedOn w:val="a2"/>
    <w:uiPriority w:val="20"/>
    <w:qFormat/>
    <w:rsid w:val="00D25A11"/>
    <w:rPr>
      <w:i/>
      <w:iCs/>
    </w:rPr>
  </w:style>
  <w:style w:type="paragraph" w:customStyle="1" w:styleId="15">
    <w:name w:val="Выделенная цитата1"/>
    <w:basedOn w:val="a1"/>
    <w:next w:val="a1"/>
    <w:uiPriority w:val="30"/>
    <w:qFormat/>
    <w:rsid w:val="00D25A11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ascii="Cambria" w:eastAsia="MS Mincho" w:hAnsi="Cambria"/>
      <w:b/>
      <w:bCs/>
      <w:i/>
      <w:iCs/>
      <w:color w:val="4F81BD"/>
      <w:lang w:val="en-US"/>
    </w:rPr>
  </w:style>
  <w:style w:type="character" w:customStyle="1" w:styleId="af7">
    <w:name w:val="Выделенная цитата Знак"/>
    <w:basedOn w:val="a2"/>
    <w:link w:val="af8"/>
    <w:uiPriority w:val="30"/>
    <w:rsid w:val="00D25A11"/>
    <w:rPr>
      <w:b/>
      <w:bCs/>
      <w:i/>
      <w:iCs/>
      <w:color w:val="4F81BD"/>
    </w:rPr>
  </w:style>
  <w:style w:type="character" w:customStyle="1" w:styleId="16">
    <w:name w:val="Слабое выделение1"/>
    <w:basedOn w:val="a2"/>
    <w:uiPriority w:val="19"/>
    <w:qFormat/>
    <w:rsid w:val="00D25A11"/>
    <w:rPr>
      <w:i/>
      <w:iCs/>
      <w:color w:val="808080"/>
    </w:rPr>
  </w:style>
  <w:style w:type="character" w:customStyle="1" w:styleId="17">
    <w:name w:val="Сильное выделение1"/>
    <w:basedOn w:val="a2"/>
    <w:uiPriority w:val="21"/>
    <w:qFormat/>
    <w:rsid w:val="00D25A11"/>
    <w:rPr>
      <w:b/>
      <w:bCs/>
      <w:i/>
      <w:iCs/>
      <w:color w:val="4F81BD"/>
    </w:rPr>
  </w:style>
  <w:style w:type="character" w:customStyle="1" w:styleId="18">
    <w:name w:val="Слабая ссылка1"/>
    <w:basedOn w:val="a2"/>
    <w:uiPriority w:val="31"/>
    <w:qFormat/>
    <w:rsid w:val="00D25A11"/>
    <w:rPr>
      <w:smallCaps/>
      <w:color w:val="C0504D"/>
      <w:u w:val="single"/>
    </w:rPr>
  </w:style>
  <w:style w:type="character" w:customStyle="1" w:styleId="19">
    <w:name w:val="Сильная ссылка1"/>
    <w:basedOn w:val="a2"/>
    <w:uiPriority w:val="32"/>
    <w:qFormat/>
    <w:rsid w:val="00D25A11"/>
    <w:rPr>
      <w:b/>
      <w:bCs/>
      <w:smallCaps/>
      <w:color w:val="C0504D"/>
      <w:spacing w:val="5"/>
      <w:u w:val="single"/>
    </w:rPr>
  </w:style>
  <w:style w:type="character" w:styleId="af9">
    <w:name w:val="Book Title"/>
    <w:basedOn w:val="a2"/>
    <w:uiPriority w:val="33"/>
    <w:qFormat/>
    <w:rsid w:val="00D25A11"/>
    <w:rPr>
      <w:b/>
      <w:bCs/>
      <w:smallCaps/>
      <w:spacing w:val="5"/>
    </w:rPr>
  </w:style>
  <w:style w:type="paragraph" w:styleId="afa">
    <w:name w:val="TOC Heading"/>
    <w:basedOn w:val="1"/>
    <w:next w:val="a1"/>
    <w:uiPriority w:val="39"/>
    <w:semiHidden/>
    <w:unhideWhenUsed/>
    <w:qFormat/>
    <w:rsid w:val="00D25A11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libri" w:eastAsia="MS Gothic" w:hAnsi="Calibri"/>
      <w:color w:val="365F91"/>
      <w:sz w:val="28"/>
      <w:szCs w:val="28"/>
      <w:lang w:val="en-US"/>
    </w:rPr>
  </w:style>
  <w:style w:type="table" w:styleId="afb">
    <w:name w:val="Table Grid"/>
    <w:basedOn w:val="a3"/>
    <w:uiPriority w:val="59"/>
    <w:rsid w:val="00D25A11"/>
    <w:pPr>
      <w:widowControl/>
      <w:autoSpaceDE/>
      <w:autoSpaceDN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ветлая заливка1"/>
    <w:basedOn w:val="a3"/>
    <w:next w:val="afc"/>
    <w:uiPriority w:val="60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D25A11"/>
    <w:pPr>
      <w:widowControl/>
      <w:autoSpaceDE/>
      <w:autoSpaceDN/>
    </w:pPr>
    <w:rPr>
      <w:rFonts w:eastAsia="MS Mincho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25A11"/>
    <w:pPr>
      <w:widowControl/>
      <w:autoSpaceDE/>
      <w:autoSpaceDN/>
    </w:pPr>
    <w:rPr>
      <w:rFonts w:eastAsia="MS Mincho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25A11"/>
    <w:pPr>
      <w:widowControl/>
      <w:autoSpaceDE/>
      <w:autoSpaceDN/>
    </w:pPr>
    <w:rPr>
      <w:rFonts w:eastAsia="MS Mincho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25A11"/>
    <w:pPr>
      <w:widowControl/>
      <w:autoSpaceDE/>
      <w:autoSpaceDN/>
    </w:pPr>
    <w:rPr>
      <w:rFonts w:eastAsia="MS Mincho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25A11"/>
    <w:pPr>
      <w:widowControl/>
      <w:autoSpaceDE/>
      <w:autoSpaceDN/>
    </w:pPr>
    <w:rPr>
      <w:rFonts w:eastAsia="MS Mincho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25A11"/>
    <w:pPr>
      <w:widowControl/>
      <w:autoSpaceDE/>
      <w:autoSpaceDN/>
    </w:pPr>
    <w:rPr>
      <w:rFonts w:eastAsia="MS Mincho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b">
    <w:name w:val="Светлый список1"/>
    <w:basedOn w:val="a3"/>
    <w:next w:val="afd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c">
    <w:name w:val="Светлая сетка1"/>
    <w:basedOn w:val="a3"/>
    <w:next w:val="afe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0">
    <w:name w:val="Средняя заливка 11"/>
    <w:basedOn w:val="a3"/>
    <w:next w:val="1d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next w:val="1e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next w:val="1f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25A11"/>
    <w:pPr>
      <w:widowControl/>
      <w:autoSpaceDE/>
      <w:autoSpaceDN/>
    </w:pPr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25A11"/>
    <w:pPr>
      <w:widowControl/>
      <w:autoSpaceDE/>
      <w:autoSpaceDN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0">
    <w:name w:val="Темный список1"/>
    <w:basedOn w:val="a3"/>
    <w:next w:val="aff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25A11"/>
    <w:pPr>
      <w:widowControl/>
      <w:autoSpaceDE/>
      <w:autoSpaceDN/>
    </w:pPr>
    <w:rPr>
      <w:rFonts w:eastAsia="MS Mincho"/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1">
    <w:name w:val="Цветная заливка1"/>
    <w:basedOn w:val="a3"/>
    <w:next w:val="aff0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2">
    <w:name w:val="Цветной список1"/>
    <w:basedOn w:val="a3"/>
    <w:next w:val="aff1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3">
    <w:name w:val="Цветная сетка1"/>
    <w:basedOn w:val="a3"/>
    <w:next w:val="aff2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25A11"/>
    <w:pPr>
      <w:widowControl/>
      <w:autoSpaceDE/>
      <w:autoSpaceDN/>
    </w:pPr>
    <w:rPr>
      <w:rFonts w:eastAsia="MS Mincho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D25A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12">
    <w:name w:val="Заголовок 3 Знак1"/>
    <w:basedOn w:val="a2"/>
    <w:uiPriority w:val="9"/>
    <w:semiHidden/>
    <w:rsid w:val="00D25A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e">
    <w:name w:val="Title"/>
    <w:basedOn w:val="a1"/>
    <w:next w:val="a1"/>
    <w:link w:val="ad"/>
    <w:uiPriority w:val="10"/>
    <w:qFormat/>
    <w:rsid w:val="00D25A11"/>
    <w:pPr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/>
    </w:rPr>
  </w:style>
  <w:style w:type="character" w:customStyle="1" w:styleId="1f4">
    <w:name w:val="Заголовок Знак1"/>
    <w:basedOn w:val="a2"/>
    <w:uiPriority w:val="10"/>
    <w:rsid w:val="00D25A11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f0">
    <w:name w:val="Subtitle"/>
    <w:basedOn w:val="a1"/>
    <w:next w:val="a1"/>
    <w:link w:val="af"/>
    <w:uiPriority w:val="11"/>
    <w:qFormat/>
    <w:rsid w:val="00D25A11"/>
    <w:pPr>
      <w:numPr>
        <w:ilvl w:val="1"/>
      </w:numPr>
      <w:spacing w:after="160"/>
    </w:pPr>
    <w:rPr>
      <w:rFonts w:ascii="Calibri" w:eastAsia="MS Gothic" w:hAnsi="Calibri"/>
      <w:i/>
      <w:iCs/>
      <w:color w:val="4F81BD"/>
      <w:spacing w:val="15"/>
      <w:sz w:val="24"/>
      <w:szCs w:val="24"/>
      <w:lang w:val="en-US"/>
    </w:rPr>
  </w:style>
  <w:style w:type="character" w:customStyle="1" w:styleId="1f5">
    <w:name w:val="Подзаголовок Знак1"/>
    <w:basedOn w:val="a2"/>
    <w:uiPriority w:val="11"/>
    <w:rsid w:val="00D25A11"/>
    <w:rPr>
      <w:rFonts w:eastAsiaTheme="minorEastAsia"/>
      <w:color w:val="5A5A5A" w:themeColor="text1" w:themeTint="A5"/>
      <w:spacing w:val="15"/>
      <w:lang w:val="ru-RU"/>
    </w:rPr>
  </w:style>
  <w:style w:type="paragraph" w:styleId="28">
    <w:name w:val="Quote"/>
    <w:basedOn w:val="a1"/>
    <w:next w:val="a1"/>
    <w:link w:val="27"/>
    <w:uiPriority w:val="29"/>
    <w:qFormat/>
    <w:rsid w:val="00D25A11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000000"/>
      <w:lang w:val="en-US"/>
    </w:rPr>
  </w:style>
  <w:style w:type="character" w:customStyle="1" w:styleId="216">
    <w:name w:val="Цитата 2 Знак1"/>
    <w:basedOn w:val="a2"/>
    <w:uiPriority w:val="29"/>
    <w:rsid w:val="00D25A11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  <w:style w:type="character" w:customStyle="1" w:styleId="410">
    <w:name w:val="Заголовок 4 Знак1"/>
    <w:basedOn w:val="a2"/>
    <w:uiPriority w:val="9"/>
    <w:semiHidden/>
    <w:rsid w:val="00D25A11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10">
    <w:name w:val="Заголовок 5 Знак1"/>
    <w:basedOn w:val="a2"/>
    <w:uiPriority w:val="9"/>
    <w:semiHidden/>
    <w:rsid w:val="00D25A11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610">
    <w:name w:val="Заголовок 6 Знак1"/>
    <w:basedOn w:val="a2"/>
    <w:uiPriority w:val="9"/>
    <w:semiHidden/>
    <w:rsid w:val="00D25A11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710">
    <w:name w:val="Заголовок 7 Знак1"/>
    <w:basedOn w:val="a2"/>
    <w:uiPriority w:val="9"/>
    <w:semiHidden/>
    <w:rsid w:val="00D25A11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810">
    <w:name w:val="Заголовок 8 Знак1"/>
    <w:basedOn w:val="a2"/>
    <w:uiPriority w:val="9"/>
    <w:semiHidden/>
    <w:rsid w:val="00D25A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10">
    <w:name w:val="Заголовок 9 Знак1"/>
    <w:basedOn w:val="a2"/>
    <w:uiPriority w:val="9"/>
    <w:semiHidden/>
    <w:rsid w:val="00D25A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paragraph" w:styleId="af8">
    <w:name w:val="Intense Quote"/>
    <w:basedOn w:val="a1"/>
    <w:next w:val="a1"/>
    <w:link w:val="af7"/>
    <w:uiPriority w:val="30"/>
    <w:qFormat/>
    <w:rsid w:val="00D25A1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F81BD"/>
      <w:lang w:val="en-US"/>
    </w:rPr>
  </w:style>
  <w:style w:type="character" w:customStyle="1" w:styleId="1f6">
    <w:name w:val="Выделенная цитата Знак1"/>
    <w:basedOn w:val="a2"/>
    <w:uiPriority w:val="30"/>
    <w:rsid w:val="00D25A11"/>
    <w:rPr>
      <w:rFonts w:ascii="Times New Roman" w:eastAsia="Times New Roman" w:hAnsi="Times New Roman" w:cs="Times New Roman"/>
      <w:i/>
      <w:iCs/>
      <w:color w:val="4F81BD" w:themeColor="accent1"/>
      <w:lang w:val="ru-RU"/>
    </w:rPr>
  </w:style>
  <w:style w:type="character" w:styleId="aff3">
    <w:name w:val="Subtle Emphasis"/>
    <w:basedOn w:val="a2"/>
    <w:uiPriority w:val="19"/>
    <w:qFormat/>
    <w:rsid w:val="00D25A11"/>
    <w:rPr>
      <w:i/>
      <w:iCs/>
      <w:color w:val="404040" w:themeColor="text1" w:themeTint="BF"/>
    </w:rPr>
  </w:style>
  <w:style w:type="character" w:styleId="aff4">
    <w:name w:val="Intense Emphasis"/>
    <w:basedOn w:val="a2"/>
    <w:uiPriority w:val="21"/>
    <w:qFormat/>
    <w:rsid w:val="00D25A11"/>
    <w:rPr>
      <w:i/>
      <w:iCs/>
      <w:color w:val="4F81BD" w:themeColor="accent1"/>
    </w:rPr>
  </w:style>
  <w:style w:type="character" w:styleId="aff5">
    <w:name w:val="Subtle Reference"/>
    <w:basedOn w:val="a2"/>
    <w:uiPriority w:val="31"/>
    <w:qFormat/>
    <w:rsid w:val="00D25A11"/>
    <w:rPr>
      <w:smallCaps/>
      <w:color w:val="5A5A5A" w:themeColor="text1" w:themeTint="A5"/>
    </w:rPr>
  </w:style>
  <w:style w:type="character" w:styleId="aff6">
    <w:name w:val="Intense Reference"/>
    <w:basedOn w:val="a2"/>
    <w:uiPriority w:val="32"/>
    <w:qFormat/>
    <w:rsid w:val="00D25A11"/>
    <w:rPr>
      <w:b/>
      <w:bCs/>
      <w:smallCaps/>
      <w:color w:val="4F81BD" w:themeColor="accent1"/>
      <w:spacing w:val="5"/>
    </w:rPr>
  </w:style>
  <w:style w:type="table" w:styleId="afc">
    <w:name w:val="Light Shading"/>
    <w:basedOn w:val="a3"/>
    <w:uiPriority w:val="60"/>
    <w:semiHidden/>
    <w:unhideWhenUsed/>
    <w:rsid w:val="00D25A1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D25A1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D25A1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D25A1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D25A1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D25A1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D25A1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d">
    <w:name w:val="Light List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D25A1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e">
    <w:name w:val="Light Grid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D25A1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d">
    <w:name w:val="Medium Shading 1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D25A1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D25A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e">
    <w:name w:val="Medium List 1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Grid 1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D25A1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D25A1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D25A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">
    <w:name w:val="Dark List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D25A11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0">
    <w:name w:val="Colorful Shading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1">
    <w:name w:val="Colorful List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D25A11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2">
    <w:name w:val="Colorful Grid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D25A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Balloon Text"/>
    <w:basedOn w:val="a1"/>
    <w:link w:val="aff8"/>
    <w:uiPriority w:val="99"/>
    <w:semiHidden/>
    <w:unhideWhenUsed/>
    <w:rsid w:val="00323B09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2"/>
    <w:link w:val="aff7"/>
    <w:uiPriority w:val="99"/>
    <w:semiHidden/>
    <w:rsid w:val="00323B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5740</Words>
  <Characters>32721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на 2022-2023 учебный год ФГОС для 1 класса по математике</vt:lpstr>
    </vt:vector>
  </TitlesOfParts>
  <Company/>
  <LinksUpToDate>false</LinksUpToDate>
  <CharactersWithSpaces>38385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на 2022-2023 учебный год ФГОС для 1 класса по математике</dc:title>
  <dc:subject>Рабочая программа на 2022-2023 учебный год ФГОС для 1 класса по математике</dc:subject>
  <dc:creator>https://100ballnik.com</dc:creator>
  <cp:keywords>рабочая программа на 2022-2023 учебный год ФГОС для 1 класса по математике</cp:keywords>
  <cp:lastModifiedBy>Пользователь</cp:lastModifiedBy>
  <cp:revision>14</cp:revision>
  <dcterms:created xsi:type="dcterms:W3CDTF">2022-06-07T09:29:00Z</dcterms:created>
  <dcterms:modified xsi:type="dcterms:W3CDTF">2023-09-06T09:18:00Z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2022-06-07T00:00:00Z</vt:filetime>
  </property>
</Properties>
</file>