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3C" w:rsidRDefault="00AB2A3C" w:rsidP="00127FA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B2A3C" w:rsidRDefault="00AB2A3C" w:rsidP="00127FA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B2A3C" w:rsidRDefault="00565FAE" w:rsidP="00127FA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720840" cy="9383359"/>
            <wp:effectExtent l="0" t="0" r="0" b="0"/>
            <wp:docPr id="3" name="Рисунок 3" descr="C:\Users\Matrix\Desktop\IMG_202309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Desktop\IMG_20230902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3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3C" w:rsidRDefault="00AB2A3C" w:rsidP="00127FA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B2A3C" w:rsidRDefault="00AB2A3C" w:rsidP="00127FA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565FAE" w:rsidRDefault="00565FAE" w:rsidP="00127FA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27FA9" w:rsidRPr="005418EE" w:rsidRDefault="00127FA9" w:rsidP="00127FA9">
      <w:pPr>
        <w:autoSpaceDE w:val="0"/>
        <w:autoSpaceDN w:val="0"/>
        <w:spacing w:after="0" w:line="230" w:lineRule="auto"/>
        <w:rPr>
          <w:lang w:val="ru-RU"/>
        </w:rPr>
      </w:pPr>
      <w:r w:rsidRPr="005418EE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127FA9" w:rsidRPr="00D53121" w:rsidRDefault="00127FA9" w:rsidP="00127FA9">
      <w:pPr>
        <w:autoSpaceDE w:val="0"/>
        <w:autoSpaceDN w:val="0"/>
        <w:spacing w:before="346" w:after="0" w:line="278" w:lineRule="auto"/>
        <w:ind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1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:rsidR="00127FA9" w:rsidRPr="00D53121" w:rsidRDefault="00127FA9" w:rsidP="00127FA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:rsidR="00127FA9" w:rsidRPr="00D53121" w:rsidRDefault="00127FA9" w:rsidP="00127FA9">
      <w:pPr>
        <w:autoSpaceDE w:val="0"/>
        <w:autoSpaceDN w:val="0"/>
        <w:spacing w:before="192" w:after="0" w:line="290" w:lineRule="auto"/>
        <w:ind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​лом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развитии функциональной грамотности младших школь​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ников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особенно таких её компонентов, как языковая, комму​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​ватного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нрав​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—д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лительный процесс, разворачивающийся на протяжении изучения содержания предмета.</w:t>
      </w:r>
    </w:p>
    <w:p w:rsidR="00127FA9" w:rsidRPr="00D53121" w:rsidRDefault="00127FA9" w:rsidP="00127FA9">
      <w:pPr>
        <w:autoSpaceDE w:val="0"/>
        <w:autoSpaceDN w:val="0"/>
        <w:spacing w:before="70" w:after="0" w:line="286" w:lineRule="auto"/>
        <w:ind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представления 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​туре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ников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направлено на решение практической задачи развития всех видов речевой деятельности, отработку навыков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по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совершенствованию речевой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решаются совместно с учебным предметом «Литературное чтение».</w:t>
      </w:r>
    </w:p>
    <w:p w:rsidR="00127FA9" w:rsidRPr="005418EE" w:rsidRDefault="00127FA9" w:rsidP="00127FA9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​ка», в 1 классе — 165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ч., из них на письмо-115ч</w:t>
      </w:r>
      <w:proofErr w:type="gramStart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и систематический курс – 50ч.</w:t>
      </w:r>
    </w:p>
    <w:p w:rsidR="00127FA9" w:rsidRPr="003B5F4C" w:rsidRDefault="00127FA9" w:rsidP="00127FA9">
      <w:pPr>
        <w:autoSpaceDE w:val="0"/>
        <w:autoSpaceDN w:val="0"/>
        <w:spacing w:before="430" w:after="0" w:line="230" w:lineRule="auto"/>
        <w:ind w:left="180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27FA9" w:rsidRDefault="00127FA9" w:rsidP="00127FA9">
      <w:pPr>
        <w:autoSpaceDE w:val="0"/>
        <w:autoSpaceDN w:val="0"/>
        <w:spacing w:before="430" w:after="0" w:line="230" w:lineRule="auto"/>
        <w:ind w:left="18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ЦЕЛИ ИЗУЧЕНИЯ УЧЕБНОГО ПРЕДМЕТА "РУССКИЙ Я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ЗЫК»</w:t>
      </w:r>
    </w:p>
    <w:p w:rsidR="00127FA9" w:rsidRPr="00D53121" w:rsidRDefault="00127FA9" w:rsidP="00127FA9">
      <w:pPr>
        <w:autoSpaceDE w:val="0"/>
        <w:autoSpaceDN w:val="0"/>
        <w:spacing w:after="0"/>
        <w:ind w:right="144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:rsidR="00127FA9" w:rsidRPr="00D53121" w:rsidRDefault="00127FA9" w:rsidP="00127FA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:rsidR="00127FA9" w:rsidRPr="00D53121" w:rsidRDefault="00127FA9" w:rsidP="00127FA9">
      <w:pPr>
        <w:autoSpaceDE w:val="0"/>
        <w:autoSpaceDN w:val="0"/>
        <w:spacing w:before="178" w:after="0" w:line="281" w:lineRule="auto"/>
        <w:ind w:left="42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>
        <w:rPr>
          <w:rFonts w:ascii="DejaVu Serif" w:eastAsia="DejaVu Serif" w:hAnsi="DejaVu Serif"/>
          <w:color w:val="000000"/>
          <w:sz w:val="24"/>
          <w:lang w:val="ru-RU"/>
        </w:rPr>
        <w:t>-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пони​мание роли русского языка как языка межнационального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:rsidR="00127FA9" w:rsidRPr="00D53121" w:rsidRDefault="00127FA9" w:rsidP="00127FA9">
      <w:pPr>
        <w:autoSpaceDE w:val="0"/>
        <w:autoSpaceDN w:val="0"/>
        <w:spacing w:before="192" w:after="0" w:line="271" w:lineRule="auto"/>
        <w:ind w:left="420" w:right="1152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основными видами речевой деятельности на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с​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первоначальных представлений о нормах современного русского литературного языка: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аудированием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говорением,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:rsidR="00127FA9" w:rsidRPr="00D53121" w:rsidRDefault="00127FA9" w:rsidP="00127FA9">
      <w:pPr>
        <w:autoSpaceDE w:val="0"/>
        <w:autoSpaceDN w:val="0"/>
        <w:spacing w:before="190" w:after="0" w:line="281" w:lineRule="auto"/>
        <w:ind w:left="42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:rsidR="00127FA9" w:rsidRDefault="00127FA9" w:rsidP="00127FA9">
      <w:pPr>
        <w:autoSpaceDE w:val="0"/>
        <w:autoSpaceDN w:val="0"/>
        <w:spacing w:before="190" w:after="0" w:line="262" w:lineRule="auto"/>
        <w:ind w:left="420" w:right="1008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27FA9" w:rsidRPr="00D53121" w:rsidRDefault="00127FA9" w:rsidP="00127FA9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127FA9" w:rsidRPr="00D53121" w:rsidRDefault="00127FA9" w:rsidP="00127FA9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127FA9" w:rsidRPr="00D53121" w:rsidRDefault="00127FA9" w:rsidP="00127FA9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Обучение грамоте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Составление небольших рассказов повествовательного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харак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тера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по серии сюжетных картинок, материалам собственных игр, занятий, наблюдений. Понимание текста при его прослушивании и при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самостоя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​тельном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чтении вслух.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Слово и предложение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2" w:after="0" w:line="286" w:lineRule="auto"/>
        <w:jc w:val="both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звуков. Сопоставление слов, различающихся одним или несколькими звуками. Звуковой анализ слова, работа со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звуко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ство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слогов в слове. Ударный слог.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81" w:lineRule="auto"/>
        <w:jc w:val="both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твёр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— мягкости согласных звуков. Функции букв е, ё, ю, я. Мягкий знак как показатель мягкости предшествующего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 гласного звука в конце слова. Последовательность букв в русском алфавите.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83" w:lineRule="auto"/>
        <w:jc w:val="both"/>
        <w:rPr>
          <w:lang w:val="ru-RU"/>
        </w:rPr>
      </w:pPr>
      <w:r w:rsidRPr="00D53121">
        <w:rPr>
          <w:lang w:val="ru-RU"/>
        </w:rPr>
        <w:lastRenderedPageBreak/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Чтение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Слоговое чтение (ориентация на букву, обозначающую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глас​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звук).  Плавное слоговое чтение и чтение целыми словами со скоростью, соответствующей индивидуальному темпу.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 интонациями и паузами в соответствии со знаками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препи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 Осознанное чтение слов, 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ова​ми). Орфографическое чтение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(проговаривание) как средство самоконтроля при письме под диктовку и при списывании.</w:t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rFonts w:ascii="Times New Roman" w:eastAsia="Times New Roman" w:hAnsi="Times New Roman"/>
          <w:color w:val="000000"/>
          <w:sz w:val="24"/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Письмо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пространстве листа в тетради и на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простран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классной доски. Гигиенические требования, которые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необ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ходимо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соблюдать во время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письма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.Н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ачертание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письменных прописных и строчных букв.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Пись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мо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букв, буквосочетаний, слогов, слов, предложений с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соблюде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гигиенических норм. Письмо разборчивым, аккуратным почерком. Письмо под диктовку слов и предложений,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правописания и их применение: раздельное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слов; обозначение гласных после шипящих в сочетаниях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пропис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127FA9" w:rsidRPr="00CB6363" w:rsidRDefault="00127FA9" w:rsidP="00127FA9">
      <w:pPr>
        <w:autoSpaceDE w:val="0"/>
        <w:autoSpaceDN w:val="0"/>
        <w:spacing w:before="190" w:after="0" w:line="230" w:lineRule="auto"/>
        <w:ind w:left="180"/>
        <w:rPr>
          <w:color w:val="000000" w:themeColor="text1" w:themeShade="80"/>
          <w:lang w:val="ru-RU"/>
        </w:rPr>
      </w:pPr>
      <w:r w:rsidRPr="00CB6363">
        <w:rPr>
          <w:rFonts w:ascii="Times New Roman" w:eastAsia="Times New Roman" w:hAnsi="Times New Roman"/>
          <w:b/>
          <w:color w:val="000000" w:themeColor="text1" w:themeShade="80"/>
          <w:sz w:val="24"/>
          <w:lang w:val="ru-RU"/>
        </w:rPr>
        <w:t>СИСТЕМАТИЧЕСКИЙ КУРС</w:t>
      </w:r>
    </w:p>
    <w:p w:rsidR="00127FA9" w:rsidRPr="00D53121" w:rsidRDefault="00127FA9" w:rsidP="00127FA9">
      <w:pPr>
        <w:autoSpaceDE w:val="0"/>
        <w:autoSpaceDN w:val="0"/>
        <w:spacing w:after="0" w:line="262" w:lineRule="auto"/>
        <w:ind w:left="180" w:right="2016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общения.  Цели и ситуации общения.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речи. Гласные и согласные звуки, их различение.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Уда​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слове. Гласные ударные и безударные. Твёрдые 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мяг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​кие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согласные звуки, их различение. Звонкие и глухие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соглас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звуки, их различение. Согласный звук [й’] и гласный звук [и]. Шипящие [ж], [ш], [ч’], [щ’]. Слог. Количество слогов в слове. Ударный слог. Деление слов на слоги (простые случаи, без стечения согласных).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 Установление соотношения звукового и буквенного состава слова в словах типа стол, конь. Небуквенные графические средства: пробел между словами, знак переноса. Русский алфавит: правильное название букв, их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последова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тельность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Использование алфавита для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упорядочения списка слов.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современного русского литературного языка (на ограниченном перечне слов, отрабатываемом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учеб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71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D53121">
        <w:rPr>
          <w:lang w:val="ru-RU"/>
        </w:rPr>
        <w:lastRenderedPageBreak/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Предложение как единица языка (ознакомление). Слово, предложение (наблюдение над сходством и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различи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​ем). Установление связи слов в предложении при помощи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смыс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ловых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вопросов.</w:t>
      </w:r>
    </w:p>
    <w:p w:rsidR="00127FA9" w:rsidRPr="00D53121" w:rsidRDefault="00127FA9" w:rsidP="00127FA9">
      <w:pPr>
        <w:autoSpaceDE w:val="0"/>
        <w:autoSpaceDN w:val="0"/>
        <w:spacing w:before="70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Восстановление деформированных предложений.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Составле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предложений из набора форм слов.</w:t>
      </w:r>
    </w:p>
    <w:p w:rsidR="00127FA9" w:rsidRPr="00D53121" w:rsidRDefault="00127FA9" w:rsidP="00127FA9">
      <w:pPr>
        <w:autoSpaceDE w:val="0"/>
        <w:autoSpaceDN w:val="0"/>
        <w:spacing w:before="190" w:after="0" w:line="262" w:lineRule="auto"/>
        <w:ind w:left="180" w:right="6048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:rsidR="00127FA9" w:rsidRPr="00D53121" w:rsidRDefault="00127FA9" w:rsidP="00127FA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раздельное написание слов в предложении;</w:t>
      </w:r>
    </w:p>
    <w:p w:rsidR="00127FA9" w:rsidRPr="00D53121" w:rsidRDefault="00127FA9" w:rsidP="00127FA9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прописная буква в начале предложения и в именах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собствен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 в именах и фамилиях людей, кличках животных;</w:t>
      </w:r>
    </w:p>
    <w:p w:rsidR="00127FA9" w:rsidRPr="00D53121" w:rsidRDefault="00127FA9" w:rsidP="00127FA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перенос слов (без учёта морфемного членения слова);</w:t>
      </w:r>
    </w:p>
    <w:p w:rsidR="00127FA9" w:rsidRPr="00D53121" w:rsidRDefault="00127FA9" w:rsidP="00127FA9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гласные после шипящих в сочетаниях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чу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127FA9" w:rsidRPr="00D53121" w:rsidRDefault="00127FA9" w:rsidP="00127FA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сочетания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127FA9" w:rsidRPr="00D53121" w:rsidRDefault="00127FA9" w:rsidP="00127FA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слова с непроверяемыми гласными и согласными (перечень слов в орфографическом словаре учебника);</w:t>
      </w:r>
    </w:p>
    <w:p w:rsidR="00127FA9" w:rsidRPr="00D53121" w:rsidRDefault="00127FA9" w:rsidP="00127FA9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знаки препинания в конце предложения: точка,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вопроситель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восклицательный знаки. Алгоритм списывания текста.</w:t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before="178" w:after="0" w:line="271" w:lineRule="auto"/>
        <w:ind w:right="576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before="178" w:after="0" w:line="271" w:lineRule="auto"/>
        <w:ind w:right="576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 Ситуации устного общения</w:t>
      </w:r>
      <w:r>
        <w:rPr>
          <w:lang w:val="ru-RU"/>
        </w:rPr>
        <w:t xml:space="preserve">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(чтение диалогов по ролям, просмотр видеоматериалов, прослушивание аудиозаписи). Нормы речевого этикета в ситуациях учебного и бытового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(приветствие, прощание, извинение, благодарность, об​ращение с просьбо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й).</w:t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before="178" w:after="0" w:line="271" w:lineRule="auto"/>
        <w:ind w:right="576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127FA9" w:rsidRPr="00D53121" w:rsidRDefault="00127FA9" w:rsidP="00127FA9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346" w:after="0" w:line="262" w:lineRule="auto"/>
        <w:ind w:right="864"/>
        <w:jc w:val="both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русского языка в 1 классе направлено на достижение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127FA9" w:rsidRPr="00D53121" w:rsidRDefault="00127FA9" w:rsidP="00127FA9">
      <w:pPr>
        <w:autoSpaceDE w:val="0"/>
        <w:autoSpaceDN w:val="0"/>
        <w:spacing w:before="38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своей этнокультурной и российской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граждан​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D53121">
        <w:rPr>
          <w:lang w:val="ru-RU"/>
        </w:rPr>
        <w:br/>
      </w:r>
      <w:r w:rsidRPr="00D53121">
        <w:rPr>
          <w:lang w:val="ru-RU"/>
        </w:rPr>
        <w:lastRenderedPageBreak/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доброжелатель​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​вой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интерес к различным профессиям,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эко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логического воспитания: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   бережное отношение к природе, формируемое в процессе работы с текстами;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актив​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:rsidR="00127FA9" w:rsidRPr="00D53121" w:rsidRDefault="00127FA9" w:rsidP="00127FA9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jc w:val="both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выявлять недостаток информации для решения учебной и практической задачи на основе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предложенного алгоритма, фор​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причинно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​следственные связи в ситуациях наблюдения за языковым материалом, делать выводы.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мин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​исследование,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согласно заданному алгоритму находить представленную в явном виде информацию в предложенном источнике: 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слова​рях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справочниках;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соблюдать с помощью взрослых (педагогических работни​ков, родителей, законных</w:t>
      </w:r>
      <w:proofErr w:type="gramEnd"/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​скую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звуковую информацию в соответствии с учебной зада​чей;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воспринимать и формулировать суждения, выражать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эмо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​исследования, проектного задания;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27FA9" w:rsidRPr="00D53121" w:rsidRDefault="00127FA9" w:rsidP="00127FA9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lastRenderedPageBreak/>
        <w:t>Самоорганизация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планировать действия по решению учебной задачи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для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​лучения результата;—    выстраивать последовательность выбранных действий.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причины успеха/неудач учебной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деятель​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 оценивать их по предложен​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:rsidR="00127FA9" w:rsidRPr="00D53121" w:rsidRDefault="00127FA9" w:rsidP="00127FA9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:rsidR="00127FA9" w:rsidRPr="00D53121" w:rsidRDefault="00127FA9" w:rsidP="00127FA9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:rsidR="00127FA9" w:rsidRPr="00D53121" w:rsidRDefault="00127FA9" w:rsidP="00127FA9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первом классе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слово и предложение; вычленять слова из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пред​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ложений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вычленять звуки из слова;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гласные и согласные звуки (в том числе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 согласный звук [й’] и гласный звук [и]);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различать ударные и безударные гласные звуки;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различать согласные звуки: мягкие и твёрдые, звонкие и глухие (вне слова и в слове);</w:t>
      </w:r>
      <w:r w:rsidRPr="00D53121">
        <w:rPr>
          <w:lang w:val="ru-RU"/>
        </w:rPr>
        <w:tab/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 различать понятия «звук» и «буква»;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обозначать на письме мягкость согласных звуков буквами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и буквой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 конце слова;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правильно называть буквы русского алфавита;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вать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знание последовательности букв русского алфавита для упорядочения небольшого списка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писать аккуратным разборчивым почерком без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искаже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прописные и строчные буквы, соединения букв, слова;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применять изученные правила правописания: раздельное написание слов в предложении; знаки препинания в конце пред​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ложения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​гам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(простые случаи: слова из слогов типа «согласный + глас​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»); гласные после шипящих в сочетаниях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(в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положе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под ударением),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 непроверяемые гласные и согласные (перечень слов в орфографическом словаре учебника);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25 слов;</w:t>
      </w:r>
      <w:r w:rsidRPr="00D53121">
        <w:rPr>
          <w:lang w:val="ru-RU"/>
        </w:rPr>
        <w:br/>
      </w:r>
      <w:r w:rsidRPr="00D53121">
        <w:rPr>
          <w:lang w:val="ru-RU"/>
        </w:rPr>
        <w:lastRenderedPageBreak/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 из  3—5  слов, тексты  объёмом  не  более 20 слов, правописание которых не расходится с произношением;</w:t>
      </w:r>
      <w:r w:rsidRPr="00D53121">
        <w:rPr>
          <w:lang w:val="ru-RU"/>
        </w:rPr>
        <w:tab/>
      </w:r>
    </w:p>
    <w:p w:rsidR="00127FA9" w:rsidRDefault="00127FA9" w:rsidP="00127FA9">
      <w:pPr>
        <w:tabs>
          <w:tab w:val="left" w:pos="180"/>
        </w:tabs>
        <w:autoSpaceDE w:val="0"/>
        <w:autoSpaceDN w:val="0"/>
        <w:spacing w:after="0" w:line="29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находить и исправлять ошибки на изученные правила, описки;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понимать прослушанный текст;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читать вслух и про себя (с пониманием) короткие тексты с соблюдением интонации и пауз в соответствии со знаками пре​пинания в конце предложения;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тексте слова, значение которых требует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уточ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​нения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предложение из набора форм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устно составлять текст из 3—5 предложений по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сюжет​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картинкам и наблюдениям;</w:t>
      </w:r>
    </w:p>
    <w:p w:rsidR="00127FA9" w:rsidRPr="00D53121" w:rsidRDefault="00127FA9" w:rsidP="00127FA9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изученные понятия в процессе решения учебных задач.</w:t>
      </w: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Default="00127FA9" w:rsidP="00127FA9">
      <w:pPr>
        <w:rPr>
          <w:lang w:val="ru-RU"/>
        </w:rPr>
      </w:pPr>
    </w:p>
    <w:p w:rsidR="00127FA9" w:rsidRPr="00D53121" w:rsidRDefault="00127FA9" w:rsidP="00127FA9">
      <w:pPr>
        <w:rPr>
          <w:lang w:val="ru-RU"/>
        </w:rPr>
        <w:sectPr w:rsidR="00127FA9" w:rsidRPr="00D53121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27FA9" w:rsidRPr="00D53121" w:rsidRDefault="00127FA9" w:rsidP="00127FA9">
      <w:pPr>
        <w:autoSpaceDE w:val="0"/>
        <w:autoSpaceDN w:val="0"/>
        <w:spacing w:after="78" w:line="220" w:lineRule="exact"/>
        <w:rPr>
          <w:lang w:val="ru-RU"/>
        </w:rPr>
      </w:pPr>
    </w:p>
    <w:p w:rsidR="00127FA9" w:rsidRDefault="00127FA9" w:rsidP="00127FA9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081"/>
        <w:gridCol w:w="59"/>
        <w:gridCol w:w="864"/>
        <w:gridCol w:w="3086"/>
        <w:gridCol w:w="1082"/>
        <w:gridCol w:w="3182"/>
      </w:tblGrid>
      <w:tr w:rsidR="00127FA9" w:rsidRPr="00127FA9" w:rsidTr="007D0471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4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Дата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,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формы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3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115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(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цифровые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)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ресурсы</w:t>
            </w:r>
            <w:proofErr w:type="spellEnd"/>
          </w:p>
        </w:tc>
      </w:tr>
      <w:tr w:rsidR="00127FA9" w:rsidRPr="00127FA9" w:rsidTr="00F16130">
        <w:trPr>
          <w:trHeight w:hRule="exact" w:val="540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7D0471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ОБУЧЕНИЕ ГРАМОТЕ</w:t>
            </w:r>
          </w:p>
        </w:tc>
      </w:tr>
      <w:tr w:rsidR="00127FA9" w:rsidRPr="00127FA9" w:rsidTr="007D0471">
        <w:trPr>
          <w:trHeight w:hRule="exact" w:val="350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1.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</w:tr>
      <w:tr w:rsidR="00127FA9" w:rsidRPr="00127FA9" w:rsidTr="00F16130">
        <w:trPr>
          <w:trHeight w:hRule="exact" w:val="64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2.09.23</w:t>
            </w:r>
          </w:p>
          <w:p w:rsidR="00127FA9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6.09.23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серией сюжетных картинок,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выстроенных в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​вильной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последовательности: анализ изображённых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собы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тий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обсуждение сюжета, составление устного рассказа с опорой на картинки; Работа с серией сюжетных картинок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нарушенной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последо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вательностью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анализ изображённых событий, установление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правильной последовательности событий, объяснение ошибки художника, внесение изменений в последователь​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ность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картинок, составление устного рассказа по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восстанов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r w:rsidRPr="00127FA9">
              <w:rPr>
                <w:rFonts w:ascii="DejaVu Serif" w:eastAsia="DejaVu Serif" w:hAnsi="DejaVu Serif" w:cs="Times New Roman"/>
                <w:color w:val="000000"/>
                <w:w w:val="97"/>
                <w:sz w:val="20"/>
                <w:szCs w:val="20"/>
                <w:lang w:val="ru-RU"/>
              </w:rPr>
              <w:t>‐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ленной серии картинок;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Совместная работа по составлению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небольших рассказов повествовательного характера (например, рассказ о случаях из школьной жизни и т. д.);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Совместная работа по составлению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небольших рассказов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опи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сательного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характера (например, описание как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результат совместных наблюдений,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описание модели звукового состава слова и т. д.);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Самостоятельная работа: составление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короткого рассказа по опорным словам; Учебный диалог по результатам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совместного составления рассказов,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объяснение уместности или неуместности использования тех или иных речевых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средств, участие в диалоге, высказывание и обоснование своей точки зрения;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Слушание текста, понимание текста при его прослушивании;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https://edudocs.info/prezentaciya-na-temu-sostavlenie-ustnyh-rasskazov--7677.html</w:t>
            </w:r>
          </w:p>
        </w:tc>
      </w:tr>
      <w:tr w:rsidR="00127FA9" w:rsidRPr="00127FA9" w:rsidTr="007D0471">
        <w:trPr>
          <w:trHeight w:hRule="exact" w:val="350"/>
        </w:trPr>
        <w:tc>
          <w:tcPr>
            <w:tcW w:w="451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0458" w:type="dxa"/>
            <w:gridSpan w:val="7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7D0471">
        <w:trPr>
          <w:trHeight w:hRule="exact" w:val="32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2.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Фонетика</w:t>
            </w:r>
            <w:proofErr w:type="spellEnd"/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5930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081"/>
        <w:gridCol w:w="923"/>
        <w:gridCol w:w="3086"/>
        <w:gridCol w:w="1082"/>
        <w:gridCol w:w="3182"/>
      </w:tblGrid>
      <w:tr w:rsidR="00127FA9" w:rsidRPr="00127FA9" w:rsidTr="00F16130">
        <w:trPr>
          <w:trHeight w:hRule="exact" w:val="6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Звуки речи. Интонационное выделение звука в слове. Определение частотного звука в стихотворении.</w:t>
            </w:r>
          </w:p>
          <w:p w:rsidR="00127FA9" w:rsidRPr="00127FA9" w:rsidRDefault="00127FA9" w:rsidP="007D0471">
            <w:pPr>
              <w:autoSpaceDE w:val="0"/>
              <w:autoSpaceDN w:val="0"/>
              <w:spacing w:before="20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Называние слов с заданным звуком. Дифференциация близких по акустико-артикуляционным признакам звуков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.09.202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.09.202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Игровое упражнение «Скажи так, как я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»(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отрабатывается умение воспроизводить заданный учителем образец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интона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r w:rsidRPr="00127FA9">
              <w:rPr>
                <w:rFonts w:ascii="DejaVu Serif" w:eastAsia="DejaVu Serif" w:hAnsi="DejaVu Serif" w:cs="Times New Roman"/>
                <w:color w:val="000000"/>
                <w:w w:val="97"/>
                <w:sz w:val="20"/>
                <w:szCs w:val="20"/>
                <w:lang w:val="ru-RU"/>
              </w:rPr>
              <w:t>‐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ционного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выделения звука в слове);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Игровое упражнение «Есть ли в слове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заданный звук?» (ловить мяч нужно только тогда, когда ведущий называет слово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заданным звуком, отрабатывается умение определять наличие заданного звука 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слове);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Игра​соревнование «Кто запомнит больше слов с заданным звуком при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прослушивании стихотворения»;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подбор слов с заданным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звуком;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моделью: выбрать нужную модель в зависимости от места заданного звука в слове (начало, середина, конец слова);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Совместная работа: группировка слов по первому звук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у(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 последнему звуку), по наличию близких в акустико-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артикуляционном отношении звуков ([н] —[м], [р] — [л], [с] — [ш] и др.);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«Живые звуки»: моделирование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звукового состава слова в игровых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ситуациях;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звуков;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https://nsportal.ru/nachalnaya-shkola/russkii-yazyk/2017/11/13/prezentatsiya-k-uroku-russkogo-yazyka-obuchenie-gramote-v</w:t>
            </w:r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6334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081"/>
        <w:gridCol w:w="923"/>
        <w:gridCol w:w="3086"/>
        <w:gridCol w:w="1082"/>
        <w:gridCol w:w="3182"/>
      </w:tblGrid>
      <w:tr w:rsidR="00127FA9" w:rsidRPr="00127FA9" w:rsidTr="00F16130">
        <w:trPr>
          <w:trHeight w:hRule="exact" w:val="63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AD08B6" w:rsidRDefault="00AD08B6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.09.202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  <w:p w:rsidR="00127FA9" w:rsidRPr="00F16130" w:rsidRDefault="00AD08B6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="00127FA9"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Дифференцированное задание: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соотнесение слов с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соответ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ствующими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им моделями;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группировка звуков по заданному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основанию (например, твёрдые — мягкие согласные звуки);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 «Чем гласные звуки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отличаются по произношению от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согласных звуков?»; как результат участия в диалоге: различение гласных и согласных звуков по отсутствию/наличию преграды;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Игровое упражнение «Назови братца»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(парный по твёрдости — мягкости звук); Учебный диалог «Чем твёрдые согласные звуки отличаются от мягких согласных звуков?»;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Совместная работа: характеристика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особенностей гласных, согласных звуков, обоснование своей точки зрения,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выслушивание одноклассников;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Контролировать этапы своей работы,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оценивать процесс и результат выполнения задания;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упражнения по определению количества слогов в слове, приведение доказательства;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Работа в парах: подбор слов с заданным количеством слогов;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https://kopilkaurokov.ru/nachalniyeKlassi</w:t>
            </w:r>
          </w:p>
        </w:tc>
      </w:tr>
      <w:tr w:rsidR="00127FA9" w:rsidRPr="00127FA9" w:rsidTr="00F16130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Особенность гласных звуков. Особенность согласных звуков. Различение гласных и согласных звуков. Определение места ударения. Различение гласных ударных и безударных. Ударный слог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AD08B6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  <w:r w:rsidR="00AD08B6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.09.202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2</w:t>
            </w:r>
            <w:r w:rsidR="00AD08B6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.09.202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Дифференцированное задание: подбор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слова с заданным ударным гласным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звуком;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со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слогоударными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схемами: подбор слов, соответствующих схеме;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группах: объединять слова по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количеству слогов в слове и месту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ударения;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группах: нахождение 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исправление ошибок, допущенных при делении слов на слоги, в определении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https://nsportal.ru/nachalnaya-shkola/russkii-yazyk/2012/05/06/prezentatsiya-glasnye-i-soglasnye-zvuki-i-bukvy</w:t>
            </w:r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6170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081"/>
        <w:gridCol w:w="923"/>
        <w:gridCol w:w="3086"/>
        <w:gridCol w:w="1082"/>
        <w:gridCol w:w="3182"/>
      </w:tblGrid>
      <w:tr w:rsidR="00127FA9" w:rsidRPr="00127FA9" w:rsidTr="00F16130">
        <w:trPr>
          <w:trHeight w:hRule="exact" w:val="37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Твёрдость и мягкость согласных звуков как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смыслоразличительная функция.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Различение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твёрдых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мягких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согласных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звуков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AD08B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AD08B6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  <w:r w:rsidR="00AD08B6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9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.09.2023 05.10.2023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Игровое упражнение «Скажи так, как я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»(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отрабатывается умение воспроизводить заданный учителем образец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интона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r w:rsidRPr="00127FA9">
              <w:rPr>
                <w:rFonts w:ascii="DejaVu Serif" w:eastAsia="DejaVu Serif" w:hAnsi="DejaVu Serif" w:cs="Times New Roman"/>
                <w:color w:val="000000"/>
                <w:w w:val="97"/>
                <w:sz w:val="20"/>
                <w:szCs w:val="20"/>
                <w:lang w:val="ru-RU"/>
              </w:rPr>
              <w:t>‐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ционного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выделения звука в слове);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Игровое упражнение «Есть ли в слове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заданный звук?» (ловить мяч нужно только тогда, когда ведущий называет слово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заданным звуком, отрабатывается умение определять наличие заданного звука 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слове);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Игра​соревнование «Кто запомнит больше слов с заданным звуком при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прослушивании стихотворения»;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подбор слов с заданным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звуком;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Работа с моделью: выбрать нужную модель в зависимости от места заданного звука в слове (начало, середина, конец слова);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https://uchitelya.com/russkiy-yazyk/125589-prezentaciya-tverdye-i-myagkie-soglasnye-zvuki-ih-smyslorazlichitelnaya-rol.html</w:t>
            </w:r>
          </w:p>
        </w:tc>
      </w:tr>
      <w:tr w:rsidR="00127FA9" w:rsidRPr="00127FA9" w:rsidTr="00F16130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Дифференциация парных по твёрдости — мягкости согласных звуков.  Дифференциация парных по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звонкости — глухости звуков (без введения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термино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в«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звонкость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», «глухость»).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06.10.2023</w:t>
            </w:r>
            <w:r w:rsidR="00127FA9"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14.10.2023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звуков;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Совместное выполнение задания: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проанализировать предложенную модель звукового состава слова и рассказать о ней; Творческое задание: подбор слов,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соответ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r w:rsidRPr="00127FA9">
              <w:rPr>
                <w:rFonts w:ascii="DejaVu Serif" w:eastAsia="DejaVu Serif" w:hAnsi="DejaVu Serif" w:cs="Times New Roman"/>
                <w:color w:val="000000"/>
                <w:w w:val="97"/>
                <w:sz w:val="20"/>
                <w:szCs w:val="20"/>
                <w:lang w:val="ru-RU"/>
              </w:rPr>
              <w:t>‐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ствующих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заданной модели;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Дифференцированное задание: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соотнесение слов с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соответ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ствующими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им моделями;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группировка звуков по заданному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основанию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(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например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твёрдые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—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мягкие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согласные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звуки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https://uchitelya.com/russkiy-yazyk/125589-prezentaciya-tverdye-i-myagkie-soglasnye-zvuki-ih-smyslorazlichitelnaya-rol.html</w:t>
            </w:r>
          </w:p>
        </w:tc>
      </w:tr>
      <w:tr w:rsidR="00127FA9" w:rsidRPr="00127FA9" w:rsidTr="00F16130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Слог как минимальная произносительная единица.</w:t>
            </w:r>
          </w:p>
          <w:p w:rsidR="00127FA9" w:rsidRPr="00127FA9" w:rsidRDefault="00127FA9" w:rsidP="007D0471">
            <w:pPr>
              <w:autoSpaceDE w:val="0"/>
              <w:autoSpaceDN w:val="0"/>
              <w:spacing w:before="20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Слогообразующая функция гласных звуков. Определение количества слогов в слове.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Деление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слов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на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слоги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(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простые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однозначные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случаи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.10.202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21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.10.202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группах: объединять слова по количеству слогов в слове и месту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ударения;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группах: нахождение 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исправление ошибок, допущенных при делении слов на слоги, в определении 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https://nsportal.ru/nachalnaya-shkola/russkii-yazyk/2017/01/10/prezentatsiya-k-uroku-russkogo-yazyka-slog-kak</w:t>
            </w:r>
          </w:p>
        </w:tc>
      </w:tr>
      <w:tr w:rsidR="00127FA9" w:rsidRPr="00127FA9" w:rsidTr="00127FA9">
        <w:trPr>
          <w:trHeight w:hRule="exact" w:val="630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AD08B6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27</w:t>
            </w:r>
            <w:r w:rsidR="00AD08B6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</w:t>
            </w:r>
            <w:r w:rsidR="00AD08B6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  <w:p w:rsidR="00127FA9" w:rsidRPr="00127FA9" w:rsidRDefault="00AD08B6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(3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  <w:r w:rsidR="00127FA9"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)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F133C7" w:rsidTr="007D0471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Раздел 3.</w:t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Письмо. Орфография и пунктуация</w:t>
            </w:r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  <w:lang w:val="ru-RU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5696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1550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081"/>
        <w:gridCol w:w="923"/>
        <w:gridCol w:w="3086"/>
        <w:gridCol w:w="1082"/>
        <w:gridCol w:w="3182"/>
      </w:tblGrid>
      <w:tr w:rsidR="00127FA9" w:rsidRPr="00127FA9" w:rsidTr="00F16130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Развитие мелкой моторики пальцев и движения руки. Развитие умения ориентироваться на пространстве листа в тетради и на пространстве классной доски.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Усвоение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гигиенических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требований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которые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необходимо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соблюдать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время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.10.202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Совместная работа: анализ поэлементного состава букв;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Игровое упражнение «Конструктор букв», направленное на составление буквы из элементов;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(из пластилина, из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проволоки) букв;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https://nsportal.ru/nachalnaya-shkola/russkii-yazyk/2017/01/10/prezentatsiya-k-uroku-russkogo-yazyka-slog-kak</w:t>
            </w:r>
          </w:p>
        </w:tc>
      </w:tr>
      <w:tr w:rsidR="00127FA9" w:rsidRPr="00127FA9" w:rsidTr="00F16130">
        <w:trPr>
          <w:trHeight w:hRule="exact" w:val="37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Письмо под диктовку слов и предложений, написание которых не расходится с их произношением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16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.11.202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30.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11.202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Упражнение: запись письменными буквами слова/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жения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/короткого текста,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написанного печатными буквами;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в процессе совместного обсуждения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алгорит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списывания;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Практическая работа: списывание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слов/предложений в соответствии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заданным алгоритмом, контролирование этапов своей работы;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сообщение правила переноса слов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(первичное знакомство);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 «Почему слова пишутся отдельно друг от друга?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Удобно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ли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читать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предложение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записанное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без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пробелов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между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словами</w:t>
            </w:r>
            <w:proofErr w:type="spellEnd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?»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https://nsportal.ru/nachalnaya-shkola/russkii-yazyk/2017/01/10/prezentatsiya-k-uroku-russkogo-yazyka-slog-kak</w:t>
            </w:r>
          </w:p>
        </w:tc>
      </w:tr>
      <w:tr w:rsidR="00127FA9" w:rsidRPr="00127FA9" w:rsidTr="00F16130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Усвоение приёмов последовательности правильного списывания текста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F1613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09.12.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запись под диктовку слов и предложений, состоящих из трёх — пяти слов со звуками в сильной позиции;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парах: соотнесение одних и тех же слов,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написан​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ных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печатным и письменным шрифтом;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Упражнение: запись письменными буквами слова/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/короткого текста,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написанного печатными буквами;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в процессе совместного обсуждения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алгорит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списывания;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Практическая работа: списывание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слов/предложений в соответствии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заданным алгоритмом, контролирование этапов своей работы;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https://infourok.ru/prezentaciya-k-uroku-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russkogo-yazika-v-klasse-yazik-kak-sredstvo-obscheniya-poryadok-deystviy-pri-spisivanii-1484402.html</w:t>
            </w:r>
          </w:p>
        </w:tc>
      </w:tr>
      <w:tr w:rsidR="00127FA9" w:rsidRPr="00127FA9" w:rsidTr="00F16130">
        <w:trPr>
          <w:trHeight w:hRule="exact" w:val="1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Понимание функции небуквенных графических средств: пробела между словами, знака переноса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12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.12.202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сообщение правила переноса слов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(первичное знакомство);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 «Почему слова пишутся отдельно друг от друга?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Удобно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ли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читать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предложение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записанное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без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пробелов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между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словами</w:t>
            </w:r>
            <w:proofErr w:type="spellEnd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?»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https://infourok.ru/urok-pisma-v-1-klasse-po-teme-pismo-bukv-bukvosochetanij-slogov-slov-predlozhenij-s-soblyudeniem-gigienicheskih-norm-ponimanie-f-4664986.html</w:t>
            </w:r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5480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939"/>
        <w:gridCol w:w="1065"/>
        <w:gridCol w:w="3086"/>
        <w:gridCol w:w="1082"/>
        <w:gridCol w:w="3182"/>
      </w:tblGrid>
      <w:tr w:rsidR="00127FA9" w:rsidRPr="00127FA9" w:rsidTr="00F16130">
        <w:trPr>
          <w:trHeight w:hRule="exact" w:val="27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Знакомство с правилами правописания и их применением: раздельное написание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21.12.2023</w:t>
            </w:r>
          </w:p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11.01.2024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буквосо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четаниями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ши; Упражнение: запись предложения,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составленного из набора слов,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с соблюдением пробелов между словами;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употребления заглавной буквы;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https://kopilkaurokov.ru/nachalniyeKlassi/</w:t>
            </w:r>
          </w:p>
        </w:tc>
      </w:tr>
      <w:tr w:rsidR="00127FA9" w:rsidRPr="00127FA9" w:rsidTr="00F16130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Знакомство с правилами правописания и 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применением: обозначение гласных после шипящих в сочетаниях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, ши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(в положении под ударением)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12.01.2024 19.01.2024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буквосо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четаниями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ши; Упражнение: запись предложения,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составленного из набора слов,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, с соблюдением пробелов между словами;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https://licey.net/free/4-russkii_yazyk/75-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russkii_yazyk_v_nachalnoi_shkole/stages/4494-pravopisanie_bukvosochetanii_zhi_shi.html</w:t>
            </w:r>
          </w:p>
        </w:tc>
      </w:tr>
      <w:tr w:rsidR="00127FA9" w:rsidRPr="00127FA9" w:rsidTr="00F16130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3.7.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Знакомство с правилами правописания и их применением: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 xml:space="preserve">, ща,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чу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27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буквосо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четаниями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ши; Упражнение: запись предложения,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составленного из набора слов,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с соблюдением пробелов между словами;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употребления заглавной буквы;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https://licey.net/free/4-russkii_yazyk/75-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russkii_yazyk_v_nachalnoi_shkole/stages/4494-pravopisanie_bukvosochetanii_zhi_shi.html</w:t>
            </w:r>
          </w:p>
        </w:tc>
      </w:tr>
      <w:tr w:rsidR="00127FA9" w:rsidRPr="00127FA9" w:rsidTr="00F16130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3.8.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Знакомство с правилами правописания и 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применением: прописная буква в начале предложения, в именах собственных (имена людей, клички животных)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30.01.2024 10..02.2024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https://nsportal.ru/nachalnaya-shkola/russkii-yazyk/2022/02/08/prezentatsiya-po-russkomu-yazyku-po-teme-zaglavnaya-bukva</w:t>
            </w:r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5780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939"/>
        <w:gridCol w:w="1065"/>
        <w:gridCol w:w="3086"/>
        <w:gridCol w:w="1082"/>
        <w:gridCol w:w="3182"/>
      </w:tblGrid>
      <w:tr w:rsidR="00127FA9" w:rsidRPr="00127FA9" w:rsidTr="00F16130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3.9.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Знакомство с правилами правописания и 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применением: перенос слов по слогам без стечения согласных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20.02.2024 01.03.2024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запись предложения,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составленного из набора слов,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правильным оформлением начала и конца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с соблюдением пробелов между словами;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употребления заглавной буквы;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https://infourok.ru/prezentaciya-po-russkomu-yazyku-na-temu-perenos-slov-1-klass-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4047130.html</w:t>
            </w:r>
          </w:p>
        </w:tc>
      </w:tr>
      <w:tr w:rsidR="00127FA9" w:rsidRPr="00127FA9" w:rsidTr="00F16130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3.10.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Знакомство с правилами правописания и 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применением: знаки препинания в конце предложения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+1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02.03.2024 10.03.2024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употребления заглавной буквы;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https://infourok.ru/prezentaciya-po-russkomu-yazyku-na-temu-perenos-slov-1-klass-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4047130.html</w:t>
            </w:r>
          </w:p>
        </w:tc>
      </w:tr>
      <w:tr w:rsidR="00127FA9" w:rsidRPr="00127FA9" w:rsidTr="007D0471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70+10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7D0471">
        <w:trPr>
          <w:trHeight w:hRule="exact" w:val="40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СИСТЕМАТИЧЕСКИЙ КУРС</w:t>
            </w:r>
          </w:p>
        </w:tc>
      </w:tr>
      <w:tr w:rsidR="00127FA9" w:rsidRPr="00F133C7" w:rsidTr="007D0471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Раздел 1.</w:t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Общие сведения о языке</w:t>
            </w:r>
          </w:p>
        </w:tc>
      </w:tr>
      <w:tr w:rsidR="00127FA9" w:rsidRPr="00127FA9" w:rsidTr="00F16130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Язык как основное средство человеческого общения. Осознание целей и ситуаций общения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13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Рассказ учителя на тему «Язык — средство общения людей»;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 «Можно ли общаться без помощи языка?»;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Коллективное формулирование вывода о языке как основном средстве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человеческого общения;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рисунками и текстом как основа анализа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особенно​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стей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ситуаций устного и письменного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https://nsportal.ru/sites/default/files/2022</w:t>
            </w:r>
          </w:p>
        </w:tc>
      </w:tr>
      <w:tr w:rsidR="00127FA9" w:rsidRPr="00127FA9" w:rsidTr="00F16130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7D0471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2.</w:t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Фонетика</w:t>
            </w:r>
            <w:proofErr w:type="spellEnd"/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6334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939"/>
        <w:gridCol w:w="1065"/>
        <w:gridCol w:w="3086"/>
        <w:gridCol w:w="1082"/>
        <w:gridCol w:w="3182"/>
      </w:tblGrid>
      <w:tr w:rsidR="00127FA9" w:rsidRPr="00127FA9" w:rsidTr="00F16130">
        <w:trPr>
          <w:trHeight w:hRule="exact" w:val="32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Звуки речи. Гласные и согласные звуки, их различение. Ударение в слове. Гласные ударные и безударные.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Твёрдые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мягкие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согласные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звуки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различение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Беседа «Что мы знаем о звуках русского языка», в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ходе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которой актуализируются знания, приобретённые в период обучения грамоте;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Игровое упражнение «Назови звук»: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ведущий кидает мяч и просит привести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пример звука (гласного звука; твёрдого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согласного; мягкого согласного; звонкого согласного; глухого согласного);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Игровое упражнение «Придумай слово с заданным звуком»;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Дифференцированное задание: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установление основания для сравнения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Упражнение: характеризовать (устно) звуки по заданным признакам;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https://nsportal.ru/shkola/russkiy-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yazyk/library/2016/03/29/prezentatsiya-na-temu-povtoryaem-fonetiku</w:t>
            </w:r>
          </w:p>
        </w:tc>
      </w:tr>
      <w:tr w:rsidR="00127FA9" w:rsidRPr="00127FA9" w:rsidTr="00F16130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Звонкие и глухие согласные звуки, их различение. Согласный звук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 xml:space="preserve"> [й’]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 гласный звук 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[и]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Шипящие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</w:rPr>
              <w:t>[ж], [ш], [ч’], [щ’]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16.03.2024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характеризовать (устно) звуки по заданным признакам;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 «Объясняем особенности гласных и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соглас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ных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звуков»;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«Отгадай звук» (определение звука по его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стике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https://nsportal.ru/nachalnaya-shkola/russkii-yazyk/2017/02/17/zvonkie-i-gluhie-soglasnye-zvuki-1-klass</w:t>
            </w:r>
          </w:p>
        </w:tc>
      </w:tr>
      <w:tr w:rsidR="00127FA9" w:rsidRPr="00127FA9" w:rsidTr="00F16130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Слог. Определение количества слогов в слове. Ударный слог. Деление слов на слоги (простые случаи, без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стечения согласных)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 «Объясняем особенности гласных и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соглас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ных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звуков»;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Игра «Отгадай звук» (определение звука по его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стике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соотнесение звука (выбирая из ряда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женных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) и его качественной характеристики;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парах: группировка звуков по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заданному основанию;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оценивание правильности предложенной характеристики звука,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нахож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дение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допущенных при характеристике ошибок; Дидактическая игра «Детективы», в ходе игры нужно в ряду предложенных слов находить слова с заданными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характеристиками звукового состава;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shkola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chtenie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/2015/10/09/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prezentatsiya-delenie-slov-na-slogi</w:t>
            </w:r>
            <w:proofErr w:type="spellEnd"/>
          </w:p>
        </w:tc>
      </w:tr>
      <w:tr w:rsidR="00127FA9" w:rsidRPr="00127FA9" w:rsidTr="007D0471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7D0471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3.</w:t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Графика</w:t>
            </w:r>
            <w:proofErr w:type="spellEnd"/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6218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550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939"/>
        <w:gridCol w:w="1065"/>
        <w:gridCol w:w="3086"/>
        <w:gridCol w:w="1082"/>
        <w:gridCol w:w="3182"/>
      </w:tblGrid>
      <w:tr w:rsidR="00127FA9" w:rsidRPr="00127FA9" w:rsidTr="00F16130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 и буква. Различение звуков и букв. Обозначение на письме твёрдости согласных звуков буквами 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а, о, у, ы, э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слова с буквой 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э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. Обозначение на письме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мягкости согласных звуков буквами 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е, ё, ю, я, и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. Функции букв </w:t>
            </w:r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е, ё, ю, я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 Мягкий знак как показатель мягкости предшествующего согласного звука в конце слова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Моделировать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звуко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​буквенный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состав 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подбор 1—2 слов к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предложенной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звуко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​бук​венной модели; Учебный диалог «Сравниваем звуковой и буквенный состав слов», в ходе диалога формулируются выводы о возможных соотношениях звукового и буквенного состава 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меньше количества букв, количество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звуков больше количества букв;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определение количества слогов в слове,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нение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основания для деления слов на слоги;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https://nsportal.ru/nachalnaya-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shkola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chtenie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/2015/10/09/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prezentatsiya-delenie</w:t>
            </w:r>
            <w:proofErr w:type="spellEnd"/>
          </w:p>
        </w:tc>
      </w:tr>
      <w:tr w:rsidR="00127FA9" w:rsidRPr="00127FA9" w:rsidTr="00F16130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Установление соотношения звукового и буквенного состава слова в словах типа стол, конь.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Моделировать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звуко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​буквенный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состав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подбор 1—2 слов к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предложенной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звуко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​бук​венной модели; Учебный диалог «Сравниваем звуковой и буквенный состав слов», в ходе диалога формулируются выводы о возможных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соотношениях звукового и буквенного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состава 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меньше количества букв, количество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звуков больше количества букв;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определение количества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слогов в слове,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нение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основания для деления слов на слоги;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Работа в парах: нахождение в тексте слов с заданными характеристиками звукового и слогового состава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https://nsportal.ru/sites/default/files/2020/05</w:t>
            </w:r>
          </w:p>
        </w:tc>
      </w:tr>
      <w:tr w:rsidR="00127FA9" w:rsidRPr="00127FA9" w:rsidTr="00F16130">
        <w:trPr>
          <w:trHeight w:hRule="exact" w:val="22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 небуквенных графических средств: пробела между словами, знака переноса.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Практическая работа: нахождение в тексте слов по заданным основаниям (ь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обозначает мягкость предшествующего согласного);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Игровое упражнение «Кто лучше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расскажет о слове», в ходе выполнения упражнения отрабатывается умение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строить устное речевое высказывание об обозначении звуков буква​ми; о звуковом и буквенном составе слова;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Игр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а-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​соревнование «Повтори алфавит»;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127FA9" w:rsidRPr="00127FA9" w:rsidTr="00F16130">
        <w:trPr>
          <w:trHeight w:hRule="exact" w:val="22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3.4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Русский алфавит: правильное название букв, знание их последовательности.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Использование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алфавита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для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упорядочения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списка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Игр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а-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​соревнование «Повтори алфавит»; Совместное выполнение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127FA9" w:rsidRPr="00127FA9" w:rsidTr="00F16130">
        <w:trPr>
          <w:trHeight w:hRule="exact" w:val="58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7D0471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</w:tr>
      <w:tr w:rsidR="008356F4" w:rsidRPr="00127FA9" w:rsidTr="007D0471">
        <w:trPr>
          <w:trHeight w:hRule="exact" w:val="589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8356F4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4.</w:t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Лексика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морфология</w:t>
            </w:r>
            <w:proofErr w:type="spellEnd"/>
          </w:p>
        </w:tc>
      </w:tr>
      <w:tr w:rsidR="008356F4" w:rsidRPr="008356F4" w:rsidTr="00F16130">
        <w:trPr>
          <w:trHeight w:hRule="exact" w:val="15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4.1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Слово как единица языка (ознакомление).</w:t>
            </w:r>
          </w:p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  <w:p w:rsid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6130" w:rsidRDefault="008356F4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8356F4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диалог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«На какие вопросы могут отвечать слова?»;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Наблюдение за словами, отвечающими на вопросы «кто?», «что?»;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8356F4" w:rsidRPr="008356F4" w:rsidTr="00F16130">
        <w:trPr>
          <w:trHeight w:hRule="exact" w:val="28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4.2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Слово как название предмета, признака предмета, действия предмета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6130" w:rsidRDefault="008356F4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17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8356F4" w:rsidP="008356F4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Совместное выполнение группировки слов по заданному признаку: отвечают на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 «что?» / отвечают на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вопрос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«к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?»; Наблюдение за словами, отвечающими на вопросы «какой?», «какая?», «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какое?»,«какие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?»;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Комментированное выполнение задания: нахождение в текс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те слов по заданным основаниям.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</w:tbl>
    <w:p w:rsidR="00127FA9" w:rsidRPr="008356F4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8356F4" w:rsidSect="007D0471">
          <w:pgSz w:w="16840" w:h="11900"/>
          <w:pgMar w:top="666" w:right="640" w:bottom="640" w:left="666" w:header="720" w:footer="720" w:gutter="0"/>
          <w:cols w:space="720" w:equalWidth="0">
            <w:col w:w="15318" w:space="0"/>
          </w:cols>
          <w:docGrid w:linePitch="360"/>
        </w:sectPr>
      </w:pPr>
    </w:p>
    <w:p w:rsidR="00127FA9" w:rsidRPr="008356F4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939"/>
        <w:gridCol w:w="1065"/>
        <w:gridCol w:w="3086"/>
        <w:gridCol w:w="1082"/>
        <w:gridCol w:w="3182"/>
      </w:tblGrid>
      <w:tr w:rsidR="00127FA9" w:rsidRPr="00127FA9" w:rsidTr="00F16130">
        <w:trPr>
          <w:trHeight w:hRule="exact" w:val="28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Выявление слов, значение которых требует уточнения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18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19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делать?», «что сделать?»;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Работа в группах: нахождение в тексте слов по заданному основанию, например слов, отвечающих на вопрос «что делает?»;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127FA9" w:rsidRPr="00127FA9" w:rsidTr="007D0471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12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7D047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5.</w:t>
            </w:r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Синтаксис</w:t>
            </w:r>
            <w:proofErr w:type="spellEnd"/>
          </w:p>
        </w:tc>
      </w:tr>
      <w:tr w:rsidR="00127FA9" w:rsidRPr="00127FA9" w:rsidTr="00F16130">
        <w:trPr>
          <w:trHeight w:hRule="exact" w:val="25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Предложение как единица языка (ознакомление). Слово, предложение (наблюдение над сходством и различием).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20.04.2024</w:t>
            </w:r>
          </w:p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21.04..2024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со схемой предложения: умение читать схему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жения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преобразовывать информацию,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полученную из схемы: составлять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предложения, соответствующие схеме, с учётом знаков препинания в конце схемы; Совместная работа: составление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предложения из набора слов;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8356F4" w:rsidRPr="008356F4" w:rsidTr="00F16130">
        <w:trPr>
          <w:trHeight w:hRule="exact" w:val="29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5.2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8356F4" w:rsidP="007D0471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Установление связи слов в предложении при помощи смысловых вопросов.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24..04.2024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127FA9" w:rsidRDefault="008356F4" w:rsidP="007D0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группах: восстановление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предложения в процессе выбора нужной формы слова, данного в скобках;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сюжетными картинками 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356F4" w:rsidRDefault="008356F4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</w:tbl>
    <w:p w:rsidR="00127FA9" w:rsidRPr="008356F4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8356F4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8356F4" w:rsidSect="007D0471">
          <w:pgSz w:w="16840" w:h="11900"/>
          <w:pgMar w:top="666" w:right="640" w:bottom="640" w:left="666" w:header="720" w:footer="720" w:gutter="0"/>
          <w:cols w:space="720" w:equalWidth="0">
            <w:col w:w="15798" w:space="0"/>
          </w:cols>
          <w:docGrid w:linePitch="360"/>
        </w:sectPr>
      </w:pPr>
    </w:p>
    <w:p w:rsidR="00127FA9" w:rsidRPr="008356F4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550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939"/>
        <w:gridCol w:w="1065"/>
        <w:gridCol w:w="3086"/>
        <w:gridCol w:w="1082"/>
        <w:gridCol w:w="3182"/>
      </w:tblGrid>
      <w:tr w:rsidR="00127FA9" w:rsidRPr="00127FA9" w:rsidTr="00F16130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Восстановление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деформированных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предложений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25.04.2024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Практическая работа: деление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деформированного текста на предложения, корректировка оформления предложений, списывание с учётом правильного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оформления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ний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127FA9" w:rsidRPr="00127FA9" w:rsidTr="00F16130">
        <w:trPr>
          <w:trHeight w:hRule="exact" w:val="129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сюжетными картинками 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127FA9" w:rsidRPr="00127FA9" w:rsidTr="008356F4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8356F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6.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Орфография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пунктуация</w:t>
            </w:r>
            <w:proofErr w:type="spellEnd"/>
          </w:p>
        </w:tc>
      </w:tr>
      <w:tr w:rsidR="00127FA9" w:rsidRPr="00127FA9" w:rsidTr="00F16130">
        <w:trPr>
          <w:trHeight w:hRule="exact" w:val="67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Ознакомление с правилами правописания и 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применение: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 раздельное написание слов в предложении;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 прописная буква в начале предложения и в именах собственных: в именах и фамилиях людей, кличках животных;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- перенос слов (без учёта морфемного членения слова);- гласные после шипящих в сочетаниях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, ши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(в положении под ударением),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 xml:space="preserve">, ща,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чу</w:t>
            </w:r>
            <w:proofErr w:type="gram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;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- сочетания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чк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20"/>
                <w:szCs w:val="20"/>
                <w:lang w:val="ru-RU"/>
              </w:rPr>
              <w:t>чн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- слова с непроверяемыми гласными и согласными (перечень слов в орфографическом словаре учебника);- знаки препинания в конце предложения: точка,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вопросительный и восклицательный знаки.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27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15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8356F4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Наблюдение за словами, сходными по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звучанию, но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различ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ными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по написанию, установление причин возможной ошибки при записи этих 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выявление места в слове, где можно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допустить ошибку;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Беседа, актуализирующая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последовательность действий при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списывании;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Орфографический тренинг правильности и аккуратности списывания;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Наблюдение за написанием 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предложенных текстах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соб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ственных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имён существительных, формулирование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выводов, соотнесение сделанных выводов с формулировкой правила в учебнике;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Упражнение: запись предложений,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включающих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собствен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ные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имена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существительные;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количество собственных имён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существительных;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Практическая работа: использовать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правило правописания собственных имён при решении практических задач (выбор написания, например: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Орёл — орёл,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Снежинка — снежинка, Пушок — пушок и т. д.).;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Упражнение: выбор необходимого знака препинания в конце предложения;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</w:tbl>
    <w:p w:rsidR="00127FA9" w:rsidRPr="00127FA9" w:rsidRDefault="00127FA9" w:rsidP="00127FA9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127FA9" w:rsidRPr="00127FA9" w:rsidRDefault="00127FA9" w:rsidP="00127FA9">
      <w:pPr>
        <w:rPr>
          <w:rFonts w:ascii="Times New Roman" w:hAnsi="Times New Roman" w:cs="Times New Roman"/>
          <w:sz w:val="20"/>
          <w:szCs w:val="20"/>
        </w:rPr>
        <w:sectPr w:rsidR="00127FA9" w:rsidRPr="00127FA9" w:rsidSect="007D0471">
          <w:pgSz w:w="16840" w:h="11900"/>
          <w:pgMar w:top="666" w:right="640" w:bottom="640" w:left="666" w:header="720" w:footer="720" w:gutter="0"/>
          <w:cols w:space="720" w:equalWidth="0">
            <w:col w:w="15222" w:space="0"/>
          </w:cols>
          <w:docGrid w:linePitch="360"/>
        </w:sectPr>
      </w:pPr>
    </w:p>
    <w:p w:rsidR="00127FA9" w:rsidRPr="00127FA9" w:rsidRDefault="00127FA9" w:rsidP="00127FA9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784"/>
        <w:gridCol w:w="262"/>
        <w:gridCol w:w="530"/>
        <w:gridCol w:w="1020"/>
        <w:gridCol w:w="84"/>
        <w:gridCol w:w="939"/>
        <w:gridCol w:w="1065"/>
        <w:gridCol w:w="3086"/>
        <w:gridCol w:w="1082"/>
        <w:gridCol w:w="3187"/>
      </w:tblGrid>
      <w:tr w:rsidR="00127FA9" w:rsidRPr="00127FA9" w:rsidTr="00F16130">
        <w:trPr>
          <w:trHeight w:hRule="exact" w:val="25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6.2.</w:t>
            </w:r>
          </w:p>
        </w:tc>
        <w:tc>
          <w:tcPr>
            <w:tcW w:w="4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Усвоение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алгоритма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списывания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текста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16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17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Орфографический тренинг: отработка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правописания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сочета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​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ний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жи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ши,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ща, чу,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щу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осуществление самоконтроля при использовании правил;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Наблюдение за написанием слов с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сочетаниями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чк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чн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формулирование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правила по результатам наблюдения,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соотнесение вывода с текстом учебника; Орфографический тренинг: написание слов с сочетаниями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чк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чн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http://korolevairin.ucoz.net/load/obuchenie _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gramote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/6</w:t>
            </w:r>
          </w:p>
        </w:tc>
      </w:tr>
      <w:tr w:rsidR="00127FA9" w:rsidRPr="00127FA9" w:rsidTr="00330E81">
        <w:trPr>
          <w:trHeight w:hRule="exact" w:val="348"/>
        </w:trPr>
        <w:tc>
          <w:tcPr>
            <w:tcW w:w="45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14</w:t>
            </w:r>
          </w:p>
        </w:tc>
        <w:tc>
          <w:tcPr>
            <w:tcW w:w="10463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FA9" w:rsidRPr="00127FA9" w:rsidTr="00330E81">
        <w:trPr>
          <w:trHeight w:hRule="exact" w:val="348"/>
        </w:trPr>
        <w:tc>
          <w:tcPr>
            <w:tcW w:w="155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7.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</w:tr>
      <w:tr w:rsidR="00127FA9" w:rsidRPr="00127FA9" w:rsidTr="00F16130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7.1.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18.05.2024 19.05.2024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с рисунками, на которых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изображены разные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ситуа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ции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общения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(приветствие, прощание, извинение,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благодар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ность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обращение с просьбой), устное обсуждение этих ситуаций, выбор соответствующих каждой ситуации слов речевого этикета;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Учебный диалог, в ходе которого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обсуждаются ситуации общения, в которых выражается просьба, обосновывается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выбор слов речевого этикета,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соответствующих ситуации выражения просьбы;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речевой ситуации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вежливого отказа с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зованием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опорных 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Разыгрывание сценок, отражающих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ситуации выражения просьбы, извинения, вежливого отказа;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https://multiurok.ru/files/prezentatsiia-k-uroku-obucheniia-gramote-1-klass-r.html</w:t>
            </w:r>
          </w:p>
        </w:tc>
      </w:tr>
      <w:tr w:rsidR="00127FA9" w:rsidRPr="00127FA9" w:rsidTr="00F16130">
        <w:trPr>
          <w:trHeight w:hRule="exact" w:val="299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7.2.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Текст как единица речи (ознакомление).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F16130" w:rsidRDefault="00127FA9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22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23.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Разыгрывание сценок, отражающих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ситуации выражения просьбы, извинения, вежливого отказа;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речевой ситуации,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содержащей извинение, анализ данной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ситуации, выбор адекватных средств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выраже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извинения;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женного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набора этикетных слов, соответствующих заданным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27FA9" w:rsidRPr="00127FA9" w:rsidRDefault="00127FA9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https://multiurok.ru/files/p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rezentatsiia-k-uroku-obucheniia-gramote-1-klass-r.html</w:t>
            </w:r>
          </w:p>
        </w:tc>
      </w:tr>
      <w:tr w:rsidR="00CB6363" w:rsidRPr="00CB6363" w:rsidTr="00F16130">
        <w:trPr>
          <w:trHeight w:hRule="exact" w:val="355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>7.3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CB6363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 xml:space="preserve">Осознание </w:t>
            </w:r>
            <w:proofErr w:type="gramStart"/>
            <w:r w:rsidRPr="00CB6363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ситуации</w:t>
            </w:r>
            <w:proofErr w:type="gramEnd"/>
            <w:r w:rsidRPr="00CB6363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 xml:space="preserve"> общения: с </w:t>
            </w:r>
            <w:proofErr w:type="gramStart"/>
            <w:r w:rsidRPr="00CB6363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какой</w:t>
            </w:r>
            <w:proofErr w:type="gramEnd"/>
            <w:r w:rsidRPr="00CB6363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 xml:space="preserve"> целью, с кем и где происходит общение.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127FA9" w:rsidRDefault="00F16130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24.05.2024 26.05.2024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127FA9" w:rsidRDefault="00CB6363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речевой ситуации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вежливого отказа с </w:t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зованием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опорных слов;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Разыгрывание сценок, отражающих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ситуации выражения просьбы, извинения, вежливого отказа;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речевой ситуации,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содержащей извинение, анализ данной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ситуации, выбор адекватных средств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выраже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извинения;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женного</w:t>
            </w:r>
            <w:proofErr w:type="spell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https://multiurok.ru/files/p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rezentatsiia-k-uroku-obucheniia-gramote-1-klass-r.html</w:t>
            </w:r>
          </w:p>
        </w:tc>
      </w:tr>
      <w:tr w:rsidR="00CB6363" w:rsidRPr="00CB6363" w:rsidTr="00F16130">
        <w:trPr>
          <w:trHeight w:hRule="exact" w:val="43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7.4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Ситуации устного общения (чтение диалогов по ролям, просмотр видеоматериалов, прослушивание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аудиозаписи).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F16130" w:rsidRDefault="00CB6363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29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Моделирование речевой ситуации,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содержащей извинение, анализ данной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ситуации, выбор адекватных средств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выраже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ния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извинения;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предло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женного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набора этикетных слов, соответствующих заданным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ситуациям общения;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Творческое задание: придумать ситуации общения, в кото​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рых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могут быть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употреблены предложенные этикетные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https://multiurok.ru/files/p </w:t>
            </w:r>
            <w:r w:rsidRPr="00127FA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rezentatsiia-k-uroku-obucheniia-gramote-1-klass-r.html</w:t>
            </w:r>
          </w:p>
        </w:tc>
      </w:tr>
      <w:tr w:rsidR="00CB6363" w:rsidRPr="00CB6363" w:rsidTr="00F16130">
        <w:trPr>
          <w:trHeight w:hRule="exact" w:val="299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>7.5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F16130" w:rsidRDefault="00CB6363" w:rsidP="007D0471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31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.0</w:t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.202</w:t>
            </w:r>
            <w:r w:rsidR="00F1613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Творческое задание: придумать ситуации общения, в </w:t>
            </w:r>
            <w:proofErr w:type="gram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кото​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рых</w:t>
            </w:r>
            <w:proofErr w:type="spellEnd"/>
            <w:proofErr w:type="gram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могут быть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употреблены предложенные этикетные слова;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Работа в группах: оценивание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дидактического текста с точки зрения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наличия/отсутствия необходимых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элементов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речево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​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этикета в описанных в тексте ситуациях общения; </w:t>
            </w:r>
            <w:r w:rsidRPr="00127F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CB6363" w:rsidRDefault="00CB6363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</w:t>
            </w:r>
            <w:proofErr w:type="spellEnd"/>
          </w:p>
        </w:tc>
      </w:tr>
      <w:tr w:rsidR="00CB6363" w:rsidRPr="00CB6363" w:rsidTr="00330E81">
        <w:trPr>
          <w:trHeight w:hRule="exact" w:val="696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363" w:rsidRPr="00127FA9" w:rsidRDefault="00CB6363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: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B6363" w:rsidRPr="00330E81" w:rsidRDefault="00330E81" w:rsidP="00330E81">
            <w:pPr>
              <w:autoSpaceDE w:val="0"/>
              <w:autoSpaceDN w:val="0"/>
              <w:spacing w:before="76" w:after="0" w:line="250" w:lineRule="auto"/>
              <w:ind w:right="43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1046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363" w:rsidRDefault="00CB6363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  <w:tr w:rsidR="00330E81" w:rsidRPr="00CB6363" w:rsidTr="00F16130">
        <w:trPr>
          <w:trHeight w:hRule="exact" w:val="696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0E81" w:rsidRPr="00330E81" w:rsidRDefault="00330E81" w:rsidP="007D04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127FA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30E81" w:rsidRDefault="00330E81" w:rsidP="00330E81">
            <w:pPr>
              <w:autoSpaceDE w:val="0"/>
              <w:autoSpaceDN w:val="0"/>
              <w:spacing w:before="76" w:after="0" w:line="250" w:lineRule="auto"/>
              <w:ind w:right="43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165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0E81" w:rsidRDefault="00330E81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0E81" w:rsidRDefault="00330E81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842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E81" w:rsidRDefault="00330E81" w:rsidP="007D04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</w:tbl>
    <w:p w:rsidR="00127FA9" w:rsidRPr="00CB6363" w:rsidRDefault="00127FA9" w:rsidP="00127FA9">
      <w:pPr>
        <w:rPr>
          <w:rFonts w:ascii="Times New Roman" w:hAnsi="Times New Roman" w:cs="Times New Roman"/>
          <w:sz w:val="20"/>
          <w:szCs w:val="20"/>
          <w:lang w:val="ru-RU"/>
        </w:rPr>
        <w:sectPr w:rsidR="00127FA9" w:rsidRPr="00CB6363" w:rsidSect="007D0471">
          <w:pgSz w:w="16840" w:h="11900"/>
          <w:pgMar w:top="666" w:right="640" w:bottom="640" w:left="666" w:header="720" w:footer="720" w:gutter="0"/>
          <w:cols w:space="720" w:equalWidth="0">
            <w:col w:w="16056" w:space="0"/>
          </w:cols>
          <w:docGrid w:linePitch="360"/>
        </w:sectPr>
      </w:pPr>
    </w:p>
    <w:p w:rsidR="008356F4" w:rsidRPr="00330E81" w:rsidRDefault="008356F4" w:rsidP="00330E81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</w:p>
    <w:p w:rsidR="008356F4" w:rsidRDefault="008356F4" w:rsidP="008356F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7D0471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8356F4" w:rsidTr="000A2D9C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6F4" w:rsidRDefault="008356F4" w:rsidP="007D0471"/>
        </w:tc>
        <w:tc>
          <w:tcPr>
            <w:tcW w:w="3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6F4" w:rsidRDefault="008356F4" w:rsidP="007D0471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6F4" w:rsidRDefault="008356F4" w:rsidP="007D0471"/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6F4" w:rsidRDefault="008356F4" w:rsidP="007D0471"/>
        </w:tc>
      </w:tr>
      <w:tr w:rsidR="008356F4" w:rsidTr="009F615F">
        <w:trPr>
          <w:trHeight w:hRule="exact" w:val="13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7D0471" w:rsidRDefault="007D0471" w:rsidP="007D0471">
            <w:pPr>
              <w:autoSpaceDE w:val="0"/>
              <w:autoSpaceDN w:val="0"/>
              <w:spacing w:before="70" w:after="0" w:line="262" w:lineRule="auto"/>
              <w:ind w:left="72" w:right="288"/>
              <w:rPr>
                <w:sz w:val="24"/>
                <w:szCs w:val="24"/>
                <w:lang w:val="ru-RU"/>
              </w:rPr>
            </w:pPr>
            <w:r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История возникновения письма. Знакомство с прописью, с правилам</w:t>
            </w:r>
            <w:r w:rsidR="009F615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 письма (с. 4–6)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74066" w:rsidP="007D047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 xml:space="preserve">    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63080D" w:rsidTr="00C354FE">
        <w:trPr>
          <w:trHeight w:hRule="exact" w:val="14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7D0471" w:rsidRDefault="007D0471" w:rsidP="0063080D">
            <w:pPr>
              <w:autoSpaceDE w:val="0"/>
              <w:autoSpaceDN w:val="0"/>
              <w:spacing w:before="70" w:after="0" w:line="271" w:lineRule="auto"/>
              <w:ind w:left="72" w:right="720"/>
              <w:rPr>
                <w:sz w:val="24"/>
                <w:szCs w:val="24"/>
                <w:lang w:val="ru-RU"/>
              </w:rPr>
            </w:pPr>
            <w:r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Рабочая строка. </w:t>
            </w:r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коротких линий</w:t>
            </w:r>
            <w:proofErr w:type="gramStart"/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61E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="00E61E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="00E61E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.7</w:t>
            </w:r>
            <w:r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3080D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63080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3080D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3080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3080D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3080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3080D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3080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63080D" w:rsidTr="0063080D">
        <w:trPr>
          <w:trHeight w:hRule="exact" w:val="139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3080D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3080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354FE" w:rsidRDefault="007D0471" w:rsidP="00AD08B6">
            <w:pPr>
              <w:autoSpaceDE w:val="0"/>
              <w:autoSpaceDN w:val="0"/>
              <w:spacing w:before="98" w:after="0"/>
              <w:ind w:left="72"/>
              <w:rPr>
                <w:sz w:val="24"/>
                <w:szCs w:val="24"/>
                <w:lang w:val="ru-RU"/>
              </w:rPr>
            </w:pPr>
            <w:r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Строка и межстрочное пространство. </w:t>
            </w:r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линии, удлиненной вверх</w:t>
            </w:r>
            <w:proofErr w:type="gramStart"/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C354FE">
              <w:rPr>
                <w:sz w:val="24"/>
                <w:szCs w:val="24"/>
                <w:lang w:val="ru-RU"/>
              </w:rPr>
              <w:t xml:space="preserve"> </w:t>
            </w:r>
            <w:r w:rsidR="000A2D9C" w:rsidRPr="007D0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="000A2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="000A2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26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7D0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63080D" w:rsidTr="0063080D">
        <w:trPr>
          <w:trHeight w:hRule="exact" w:val="21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7D0471" w:rsidRDefault="00D26120" w:rsidP="0063080D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Строка и межстрочное пространство. </w:t>
            </w:r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линии, удлиненной вниз</w:t>
            </w:r>
            <w:proofErr w:type="gramStart"/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63080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A2D9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.9</w:t>
            </w:r>
            <w:r w:rsidR="007D0471" w:rsidRPr="007D047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09. 23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0A2D9C" w:rsidTr="00C354FE">
        <w:trPr>
          <w:trHeight w:hRule="exact" w:val="127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D08B6" w:rsidRDefault="000A2D9C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8356F4" w:rsidRPr="00AD08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0471" w:rsidRPr="007D0471" w:rsidRDefault="007D0471" w:rsidP="007D047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0471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</w:t>
            </w:r>
            <w:r w:rsidR="006F10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коротких</w:t>
            </w:r>
            <w:r w:rsidR="000A2D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линий с закруглением внизу.</w:t>
            </w:r>
          </w:p>
          <w:p w:rsidR="007D0471" w:rsidRPr="007D0471" w:rsidRDefault="00D26120" w:rsidP="007D047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(10</w:t>
            </w:r>
            <w:r w:rsidR="007D0471" w:rsidRPr="007D04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  <w:p w:rsidR="008356F4" w:rsidRPr="00D53121" w:rsidRDefault="008356F4" w:rsidP="007D047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</w:p>
          <w:p w:rsidR="008356F4" w:rsidRPr="007D0471" w:rsidRDefault="008356F4" w:rsidP="007D0471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A2D9C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C354FE" w:rsidRPr="000A2D9C" w:rsidTr="00874066">
        <w:trPr>
          <w:trHeight w:hRule="exact" w:val="9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C354F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наклонных линий с закругление</w:t>
            </w:r>
            <w:r w:rsidR="0006583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внизу</w:t>
            </w:r>
          </w:p>
          <w:p w:rsidR="00C354FE" w:rsidRPr="007D0471" w:rsidRDefault="00D26120" w:rsidP="00C354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(с.11</w:t>
            </w:r>
            <w:r w:rsidR="00C354F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C354FE" w:rsidRPr="000A2D9C" w:rsidTr="00874066">
        <w:trPr>
          <w:trHeight w:hRule="exact" w:val="100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710C27" w:rsidRDefault="00C354FE" w:rsidP="00C354FE">
            <w:pPr>
              <w:autoSpaceDE w:val="0"/>
              <w:autoSpaceDN w:val="0"/>
              <w:spacing w:before="72" w:after="0" w:line="23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0C2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наклонной линии с закруглением внизу и вверху</w:t>
            </w:r>
          </w:p>
          <w:p w:rsidR="00C354FE" w:rsidRDefault="00D26120" w:rsidP="00C354F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(с.12</w:t>
            </w:r>
            <w:r w:rsidR="00C354FE" w:rsidRPr="00710C2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C354FE" w:rsidRPr="000A2D9C" w:rsidTr="00874066">
        <w:trPr>
          <w:trHeight w:hRule="exact" w:val="9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D26120" w:rsidP="0087406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612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Письмо длинной наклонной линии с петлей внизу</w:t>
            </w:r>
          </w:p>
          <w:p w:rsidR="00C354FE" w:rsidRPr="00D26120" w:rsidRDefault="00D26120" w:rsidP="0087406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354F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с.13</w:t>
            </w:r>
            <w:r w:rsidR="00C354F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C354F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54FE" w:rsidRPr="000A2D9C" w:rsidRDefault="00C354FE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D26120" w:rsidRPr="000A2D9C" w:rsidTr="00874066">
        <w:trPr>
          <w:trHeight w:hRule="exact" w:val="9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D2612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D26120" w:rsidP="0087406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612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Письмо длинно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й наклонной линии с петлей вверху</w:t>
            </w:r>
          </w:p>
          <w:p w:rsidR="00D26120" w:rsidRPr="00D26120" w:rsidRDefault="00D26120" w:rsidP="0087406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(с.14)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D26120" w:rsidP="0063080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D26120" w:rsidP="0063080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D26120" w:rsidP="0063080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6120" w:rsidRPr="000A2D9C" w:rsidRDefault="00D26120" w:rsidP="0063080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74066" w:rsidRPr="00D26120" w:rsidTr="00A415A4">
        <w:trPr>
          <w:trHeight w:hRule="exact" w:val="7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Default="00874066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Pr="00D26120" w:rsidRDefault="00874066" w:rsidP="0063080D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Письмо линий с петлей</w:t>
            </w:r>
            <w:r w:rsidRPr="00D261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внизу и вверху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(с.15)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Default="00874066" w:rsidP="0063080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Default="00874066" w:rsidP="0063080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Default="00874066" w:rsidP="0063080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Pr="000A2D9C" w:rsidRDefault="00874066" w:rsidP="0063080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</w:tbl>
    <w:p w:rsidR="008356F4" w:rsidRPr="000A2D9C" w:rsidRDefault="008356F4" w:rsidP="008356F4">
      <w:pPr>
        <w:autoSpaceDE w:val="0"/>
        <w:autoSpaceDN w:val="0"/>
        <w:spacing w:after="0" w:line="14" w:lineRule="exact"/>
        <w:rPr>
          <w:lang w:val="ru-RU"/>
        </w:rPr>
      </w:pPr>
    </w:p>
    <w:p w:rsidR="008356F4" w:rsidRPr="000A2D9C" w:rsidRDefault="008356F4" w:rsidP="008356F4">
      <w:pPr>
        <w:rPr>
          <w:lang w:val="ru-RU"/>
        </w:rPr>
        <w:sectPr w:rsidR="008356F4" w:rsidRPr="000A2D9C" w:rsidSect="00330E81">
          <w:pgSz w:w="11900" w:h="16840"/>
          <w:pgMar w:top="298" w:right="650" w:bottom="9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Pr="000A2D9C" w:rsidRDefault="008356F4" w:rsidP="008356F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710C27" w:rsidRPr="00B727CC" w:rsidTr="00874066">
        <w:trPr>
          <w:trHeight w:hRule="exact" w:val="8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Default="00710C27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0A2D9C" w:rsidRDefault="00B727CC" w:rsidP="007D0471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Calibri" w:hAnsi="Times New Roman" w:cs="Times New Roman"/>
                <w:color w:val="000000" w:themeColor="text1" w:themeShade="8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Письмо полуовалов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(с. 16</w:t>
            </w:r>
            <w:r w:rsidR="00710C27" w:rsidRPr="000A2D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710C27" w:rsidRPr="00B727CC" w:rsidTr="00874066">
        <w:trPr>
          <w:trHeight w:hRule="exact" w:val="85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Default="00710C27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0A2D9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0A2D9C" w:rsidRDefault="00B727CC" w:rsidP="007D0471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овалов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(с. 17</w:t>
            </w:r>
            <w:r w:rsidR="00710C27" w:rsidRPr="000A2D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0C27" w:rsidRPr="00710C27" w:rsidRDefault="000A2D9C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552B70" w:rsidRPr="00B727CC" w:rsidTr="00A415A4">
        <w:trPr>
          <w:trHeight w:hRule="exact" w:val="12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Default="00552B7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Default="001A2F5F" w:rsidP="007D0471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изученных элементов</w:t>
            </w:r>
            <w:r w:rsidR="00F133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букв</w:t>
            </w:r>
            <w:bookmarkStart w:id="0" w:name="_GoBack"/>
            <w:bookmarkEnd w:id="0"/>
          </w:p>
          <w:p w:rsidR="001A2F5F" w:rsidRPr="000A2D9C" w:rsidRDefault="00B727CC" w:rsidP="007D0471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(18, 19</w:t>
            </w:r>
            <w:r w:rsidR="001A2F5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Default="00675200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2B70" w:rsidRPr="00B727CC" w:rsidRDefault="00675200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B727CC" w:rsidRDefault="000A2D9C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3D65FF"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8356F4"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1A2F5F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1A2F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B727CC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B727C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B727CC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727C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9F615F">
        <w:trPr>
          <w:trHeight w:hRule="exact" w:val="10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D65F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1A2F5F" w:rsidP="007D047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строчной </w:t>
            </w:r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proofErr w:type="gramStart"/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53D6B" w:rsidTr="007D047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353D6B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D53121" w:rsidRDefault="00353D6B" w:rsidP="0063080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строчной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4D5635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A415A4">
        <w:trPr>
          <w:trHeight w:hRule="exact" w:val="7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1A2F5F" w:rsidP="001A2F5F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53D6B" w:rsidTr="00A415A4">
        <w:trPr>
          <w:trHeight w:hRule="exact" w:val="6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D53121" w:rsidRDefault="00353D6B" w:rsidP="0063080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4D5635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1A2F5F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1A2F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3D65FF" w:rsidRDefault="00353D6B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1A2F5F" w:rsidP="007D0471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заглавной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строчной</w:t>
            </w:r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proofErr w:type="gramStart"/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="008356F4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1A2F5F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A2D9C" w:rsidP="001A2F5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1A2F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 w:rsidR="00353D6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5030B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заглавной букв</w:t>
            </w:r>
            <w:r w:rsidR="005030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8356F4" w:rsidRDefault="008356F4" w:rsidP="008356F4">
      <w:pPr>
        <w:autoSpaceDE w:val="0"/>
        <w:autoSpaceDN w:val="0"/>
        <w:spacing w:after="0" w:line="14" w:lineRule="exact"/>
      </w:pPr>
    </w:p>
    <w:p w:rsidR="008356F4" w:rsidRDefault="008356F4" w:rsidP="008356F4">
      <w:pPr>
        <w:sectPr w:rsidR="008356F4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Default="008356F4" w:rsidP="008356F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A415A4">
        <w:trPr>
          <w:trHeight w:hRule="exact" w:val="8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5030B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="005030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D65F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 w:rsidR="00353D6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6C4D5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6C4D5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53D6B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D53121" w:rsidRDefault="00353D6B" w:rsidP="0063080D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4D5635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D65F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 w:rsidR="00353D6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6C4D5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6C4D5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заглавной буквы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3D0C1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53D6B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D53121" w:rsidRDefault="00353D6B" w:rsidP="0063080D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4D5635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3D0C15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53D6B" w:rsidTr="007D047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D53121" w:rsidRDefault="00353D6B" w:rsidP="0063080D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строчной буквы с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Pr="004D5635" w:rsidRDefault="00874066" w:rsidP="0063080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53D6B" w:rsidRDefault="00353D6B" w:rsidP="0063080D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53D6B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415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3D0C15" w:rsidRPr="00A415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A415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35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415A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Pr="00D53121" w:rsidRDefault="00A415A4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Default="00A415A4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Default="00A415A4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Default="00A415A4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Pr="004D5635" w:rsidRDefault="00874066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15A4" w:rsidRDefault="00A415A4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3D0C1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38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74066" w:rsidP="007D047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 xml:space="preserve">      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A415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874066" w:rsidP="003D0C1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65FF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A415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874066" w:rsidP="003D0C1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3D0C1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41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42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87406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3D0C15">
        <w:trPr>
          <w:trHeight w:hRule="exact"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A415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43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7D0471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слов и 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3D0C15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A415A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44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строчной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874066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A415A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45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E404F0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620C9" w:rsidRPr="00A415A4" w:rsidTr="00A415A4">
        <w:trPr>
          <w:trHeight w:hRule="exact" w:val="146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слов и предложений с изученными буквами</w:t>
            </w:r>
          </w:p>
          <w:p w:rsidR="002620C9" w:rsidRDefault="002620C9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2620C9" w:rsidRPr="00D53121" w:rsidRDefault="002620C9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4D5635" w:rsidRDefault="002620C9" w:rsidP="0063080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620C9" w:rsidRPr="00A415A4" w:rsidTr="002620C9">
        <w:trPr>
          <w:trHeight w:hRule="exact"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слов и предложений с изученными буквами</w:t>
            </w:r>
          </w:p>
          <w:p w:rsidR="002620C9" w:rsidRDefault="002620C9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2620C9" w:rsidRPr="00D53121" w:rsidRDefault="002620C9" w:rsidP="003D0C15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4D5635" w:rsidRDefault="002620C9" w:rsidP="0063080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48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строчной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E404F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620C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D53121" w:rsidRDefault="002620C9" w:rsidP="0063080D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строчной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4D5635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50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заглавной буквы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3D65FF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620C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D53121" w:rsidRDefault="002620C9" w:rsidP="0063080D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4D5635" w:rsidRDefault="002620C9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D0C15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53</w:t>
            </w:r>
            <w:r w:rsidR="003D0C1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D53121" w:rsidRDefault="003D0C15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0C15" w:rsidRDefault="003D0C15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заглавной буквы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E404F0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620C9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D53121" w:rsidRDefault="002620C9" w:rsidP="0063080D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Pr="004D5635" w:rsidRDefault="002620C9" w:rsidP="006308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620C9" w:rsidRDefault="002620C9" w:rsidP="0063080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E404F0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74066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заглавной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675200" w:rsidRDefault="00675200" w:rsidP="003D65FF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675200" w:rsidRDefault="0067520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675200" w:rsidRDefault="0067520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874066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675200" w:rsidP="003D65FF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3D65FF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0C15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5F0471" w:rsidRDefault="00675200" w:rsidP="003D65FF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5F0471" w:rsidRDefault="0067520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5F0471" w:rsidRDefault="0067520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874066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5F0471" w:rsidRDefault="00675200" w:rsidP="003D65FF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5F0471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874066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60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5F0471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заглавной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874066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5F0471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Написание слов и 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874066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5F0471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874066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8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5F0471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E15B6F" w:rsidP="003D65FF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3D65FF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С, с -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E15B6F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5F0471">
        <w:trPr>
          <w:trHeight w:hRule="exact" w:val="12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C4752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E15B6F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0471" w:rsidRPr="005F0471" w:rsidTr="009F615F">
        <w:trPr>
          <w:trHeight w:hRule="exact" w:val="78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D53121" w:rsidRDefault="005F0471" w:rsidP="00C47523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заглавной букв</w:t>
            </w:r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</w:t>
            </w:r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Pr="004D5635" w:rsidRDefault="00E15B6F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0471" w:rsidRDefault="005F0471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8356F4" w:rsidRPr="005F0471" w:rsidRDefault="008356F4" w:rsidP="008356F4">
      <w:pPr>
        <w:rPr>
          <w:lang w:val="ru-RU"/>
        </w:rPr>
        <w:sectPr w:rsidR="008356F4" w:rsidRPr="005F0471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Pr="005F0471" w:rsidRDefault="008356F4" w:rsidP="008356F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 -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15B6F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Списывание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69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C47523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70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C4752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заглавной буквы</w:t>
            </w:r>
            <w:proofErr w:type="gramStart"/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47523" w:rsidRPr="003D65FF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D53121" w:rsidRDefault="00C47523" w:rsidP="00C47523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Строчная и прописная буквы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675200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E15B6F" w:rsidP="00E15B6F">
            <w:pPr>
              <w:autoSpaceDE w:val="0"/>
              <w:autoSpaceDN w:val="0"/>
              <w:spacing w:before="98" w:after="0" w:line="230" w:lineRule="auto"/>
              <w:ind w:left="72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675200" w:rsidRDefault="00675200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</w:tr>
      <w:tr w:rsidR="008356F4" w:rsidTr="007D0471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т -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73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356F4" w:rsidP="00E404F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E404F0">
              <w:rPr>
                <w:lang w:val="ru-RU"/>
              </w:rPr>
              <w:t>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75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C47523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Строчная и заглавная буква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Я.я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C47523" w:rsidTr="00C47523">
        <w:trPr>
          <w:trHeight w:hRule="exact" w:val="12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76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C47523" w:rsidP="007D047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написания изученных букв. Письмо слов и 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356F4" w:rsidP="00E404F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E404F0">
              <w:rPr>
                <w:lang w:val="ru-RU"/>
              </w:rPr>
              <w:t>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C47523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C47523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D5635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</w:t>
            </w:r>
            <w:r w:rsidR="00E404F0">
              <w:rPr>
                <w:lang w:val="ru-RU"/>
              </w:rPr>
              <w:t>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47523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D53121" w:rsidRDefault="00C47523" w:rsidP="00C47523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заглавной буквы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4D5635" w:rsidRDefault="00E404F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C47523" w:rsidP="003D65FF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47523" w:rsidRPr="00C47523" w:rsidTr="00C47523">
        <w:trPr>
          <w:trHeight w:hRule="exact" w:val="12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D53121" w:rsidRDefault="00C47523" w:rsidP="00C47523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4D5635" w:rsidRDefault="00E404F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12</w:t>
            </w:r>
            <w:r w:rsidR="00E15B6F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C47523" w:rsidP="003D65FF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47523" w:rsidRPr="00C47523" w:rsidTr="00C47523">
        <w:trPr>
          <w:trHeight w:hRule="exact" w:val="20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D53121" w:rsidRDefault="00C47523" w:rsidP="00C47523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обозначающей мягкость согласного звука.  Слоги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4D5635" w:rsidRDefault="00E404F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12</w:t>
            </w:r>
            <w:r w:rsidR="00EA475A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C47523" w:rsidP="003D65FF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47523" w:rsidRPr="00C47523" w:rsidTr="00C47523">
        <w:trPr>
          <w:trHeight w:hRule="exact" w:val="16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D53121" w:rsidRDefault="00C47523" w:rsidP="00C47523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заглавной буквы Ч,  обозначающей мягкость согласного звука.  Слоги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C47523" w:rsidRDefault="00C47523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Pr="004D5635" w:rsidRDefault="00E404F0" w:rsidP="003D65F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12</w:t>
            </w:r>
            <w:r w:rsidR="00EA475A">
              <w:rPr>
                <w:lang w:val="ru-RU"/>
              </w:rPr>
              <w:t>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47523" w:rsidRDefault="00C47523" w:rsidP="003D65FF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 w:rsidRPr="00C4752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8356F4" w:rsidRPr="00C47523" w:rsidRDefault="008356F4" w:rsidP="008356F4">
      <w:pPr>
        <w:autoSpaceDE w:val="0"/>
        <w:autoSpaceDN w:val="0"/>
        <w:spacing w:after="0" w:line="14" w:lineRule="exact"/>
        <w:rPr>
          <w:lang w:val="ru-RU"/>
        </w:rPr>
      </w:pPr>
    </w:p>
    <w:p w:rsidR="008356F4" w:rsidRPr="00C47523" w:rsidRDefault="008356F4" w:rsidP="008356F4">
      <w:pPr>
        <w:rPr>
          <w:lang w:val="ru-RU"/>
        </w:rPr>
        <w:sectPr w:rsidR="008356F4" w:rsidRPr="00C47523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Pr="00C47523" w:rsidRDefault="008356F4" w:rsidP="008356F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cочетаний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ча-чу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AA0129" w:rsidTr="00AA0129">
        <w:trPr>
          <w:trHeight w:hRule="exact" w:val="11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83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буквы ь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Мягкий знак как показатель мягкости согласного звука.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84</w:t>
            </w:r>
            <w:r w:rsidR="008356F4"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буквой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AA0129" w:rsidTr="00AA0129">
        <w:trPr>
          <w:trHeight w:hRule="exact" w:val="115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3D65FF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74</w:t>
            </w:r>
            <w:r w:rsidR="008356F4"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буквы ь при письме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Буква ь в середине слова.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AA0129" w:rsidTr="00AA0129">
        <w:trPr>
          <w:trHeight w:hRule="exact" w:val="16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2620C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85</w:t>
            </w:r>
            <w:r w:rsidR="008356F4"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AA0129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обозначающей твердый согласный звук.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86</w:t>
            </w:r>
            <w:r w:rsidR="008356F4" w:rsidRP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AA0129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заглавной буквы Ш.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  <w:p w:rsidR="008356F4" w:rsidRPr="00A0194B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88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AA0129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89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AA012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proofErr w:type="gramStart"/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</w:t>
            </w:r>
            <w:r w:rsidR="008356F4">
              <w:rPr>
                <w:lang w:val="ru-RU"/>
              </w:rPr>
              <w:t>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 w:rsidRPr="002F63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90</w:t>
            </w:r>
            <w:r w:rsidR="008356F4" w:rsidRPr="002F6310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жи-ши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E404F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AA012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AA0129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Строчная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ё, после согласных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404F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AA0129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Заглавная буква Ё.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404F0" w:rsidP="007D047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 xml:space="preserve">      01</w:t>
            </w:r>
            <w:r w:rsidR="008356F4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A0194B" w:rsidRDefault="00E404F0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AA0129">
              <w:rPr>
                <w:lang w:val="ru-RU"/>
              </w:rPr>
              <w:t>.2</w:t>
            </w:r>
            <w:r w:rsidR="00EA475A">
              <w:rPr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3D65FF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A0194B" w:rsidRDefault="00EA475A" w:rsidP="003D65F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8356F4" w:rsidRDefault="008356F4" w:rsidP="008356F4">
      <w:pPr>
        <w:autoSpaceDE w:val="0"/>
        <w:autoSpaceDN w:val="0"/>
        <w:spacing w:after="0" w:line="14" w:lineRule="exact"/>
      </w:pPr>
    </w:p>
    <w:p w:rsidR="008356F4" w:rsidRDefault="008356F4" w:rsidP="008356F4">
      <w:pPr>
        <w:sectPr w:rsidR="008356F4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Default="008356F4" w:rsidP="008356F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AA0129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2F6310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AA0129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0194B" w:rsidRDefault="00EA475A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RPr="00AA0129" w:rsidTr="007D047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2F6310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AA0129">
            <w:pPr>
              <w:autoSpaceDE w:val="0"/>
              <w:autoSpaceDN w:val="0"/>
              <w:spacing w:before="100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Строчная и заглавная буквы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,Х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A0194B" w:rsidRDefault="00EA475A" w:rsidP="003D65FF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3D65FF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7D047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написания слов и предложений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A0194B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2F6310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01.24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F537E0">
        <w:trPr>
          <w:trHeight w:hRule="exact" w:val="16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AA0129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ц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обозначающей твердый согласный звук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F537E0">
        <w:trPr>
          <w:trHeight w:hRule="exact" w:val="11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F537E0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заглавной буквы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обозначающей твердый согласный звук.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E404F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 xml:space="preserve">     0</w:t>
            </w:r>
            <w:r w:rsidR="00E404F0">
              <w:rPr>
                <w:lang w:val="ru-RU"/>
              </w:rPr>
              <w:t>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537E0" w:rsidRPr="003D65FF" w:rsidTr="009F615F">
        <w:trPr>
          <w:trHeight w:hRule="exact" w:val="9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Default="009F615F" w:rsidP="00F537E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Default="00F537E0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Строчная и заглавная буквы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,Ц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Pr="00F537E0" w:rsidRDefault="00675200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Pr="00F537E0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Pr="00F537E0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Default="00EA475A" w:rsidP="00EA475A">
            <w:pPr>
              <w:autoSpaceDE w:val="0"/>
              <w:autoSpaceDN w:val="0"/>
              <w:spacing w:before="98" w:after="0" w:line="230" w:lineRule="auto"/>
              <w:ind w:left="72"/>
              <w:jc w:val="center"/>
              <w:rPr>
                <w:lang w:val="ru-RU"/>
              </w:rPr>
            </w:pPr>
            <w:r>
              <w:rPr>
                <w:lang w:val="ru-RU"/>
              </w:rPr>
              <w:t>02.24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537E0" w:rsidRPr="00F537E0" w:rsidRDefault="00675200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RPr="00F537E0" w:rsidTr="007D0471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9F615F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AA0129"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F537E0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7D0471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E404F0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E404F0">
              <w:rPr>
                <w:lang w:val="ru-RU"/>
              </w:rPr>
              <w:t>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7D0471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F537E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заглавной буквы Э.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F537E0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E404F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</w:t>
            </w:r>
            <w:r w:rsidR="00E404F0">
              <w:rPr>
                <w:lang w:val="ru-RU"/>
              </w:rPr>
              <w:t>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F537E0" w:rsidP="00F537E0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="00AA0129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="00AA0129"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110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F537E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7435D6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02</w:t>
            </w:r>
            <w:r w:rsidR="00EA475A">
              <w:rPr>
                <w:lang w:val="ru-RU"/>
              </w:rPr>
              <w:t>.24</w:t>
            </w:r>
            <w:r w:rsidR="00AA0129">
              <w:rPr>
                <w:lang w:val="ru-RU"/>
              </w:rPr>
              <w:t xml:space="preserve"> 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A0129" w:rsidTr="007D047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AA012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Pr="00D53121" w:rsidRDefault="00AA0129" w:rsidP="00F537E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слов, предложений с </w:t>
            </w:r>
            <w:proofErr w:type="spellStart"/>
            <w:proofErr w:type="gramStart"/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</w:t>
            </w:r>
            <w:proofErr w:type="spellEnd"/>
            <w:proofErr w:type="gramEnd"/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со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етаниями ща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-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E404F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 xml:space="preserve">     0</w:t>
            </w:r>
            <w:r w:rsidR="00E404F0">
              <w:rPr>
                <w:lang w:val="ru-RU"/>
              </w:rPr>
              <w:t>2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A0129" w:rsidRDefault="00AA0129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8356F4" w:rsidRDefault="008356F4" w:rsidP="008356F4">
      <w:pPr>
        <w:autoSpaceDE w:val="0"/>
        <w:autoSpaceDN w:val="0"/>
        <w:spacing w:after="0" w:line="14" w:lineRule="exact"/>
      </w:pPr>
    </w:p>
    <w:p w:rsidR="008356F4" w:rsidRDefault="008356F4" w:rsidP="008356F4">
      <w:pPr>
        <w:sectPr w:rsidR="008356F4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Default="008356F4" w:rsidP="008356F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F537E0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букв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F537E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заглавной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 Ф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9F615F" w:rsidP="003D65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537E0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буквы ъ</w:t>
            </w:r>
            <w:r w:rsidR="00F537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3D65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7D0471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61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написания всех </w:t>
            </w:r>
            <w:r w:rsidRPr="009F615F">
              <w:rPr>
                <w:lang w:val="ru-RU"/>
              </w:rPr>
              <w:tab/>
            </w:r>
            <w:r w:rsidRPr="009F61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 русского алфавита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9F615F" w:rsidTr="009F615F">
        <w:trPr>
          <w:trHeight w:val="11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Default="009F615F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Pr="00D53121" w:rsidRDefault="009F615F" w:rsidP="007D047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Преобразование печатного шрифта 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9F615F" w:rsidRPr="00F537E0" w:rsidRDefault="009F615F" w:rsidP="007D0471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Default="009F615F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Default="009F615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615F" w:rsidRDefault="009F615F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8356F4" w:rsidRPr="008904B2" w:rsidRDefault="008356F4" w:rsidP="008356F4">
      <w:pPr>
        <w:autoSpaceDE w:val="0"/>
        <w:autoSpaceDN w:val="0"/>
        <w:spacing w:after="0" w:line="14" w:lineRule="exact"/>
        <w:rPr>
          <w:lang w:val="ru-RU"/>
        </w:rPr>
      </w:pPr>
    </w:p>
    <w:p w:rsidR="008356F4" w:rsidRPr="008904B2" w:rsidRDefault="008356F4" w:rsidP="008356F4">
      <w:pPr>
        <w:rPr>
          <w:lang w:val="ru-RU"/>
        </w:rPr>
        <w:sectPr w:rsidR="008356F4" w:rsidRPr="008904B2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Pr="008904B2" w:rsidRDefault="008356F4" w:rsidP="008356F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7D047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3D65F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841CC8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B4D5A" w:rsidRPr="009F61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Наша речь. Её значение в </w:t>
            </w:r>
            <w:r w:rsidR="004B4D5A" w:rsidRPr="009F615F">
              <w:rPr>
                <w:lang w:val="ru-RU"/>
              </w:rPr>
              <w:tab/>
            </w:r>
            <w:r w:rsidR="004B4D5A" w:rsidRPr="009F615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людей. Язык и речь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4B4D5A" w:rsidTr="007D0471">
        <w:trPr>
          <w:trHeight w:hRule="exact" w:val="9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4B4D5A" w:rsidP="004B4D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4B4D5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Устная и письменная речь. Русский язы</w:t>
            </w:r>
            <w:proofErr w:type="gramStart"/>
            <w:r w:rsid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к-</w:t>
            </w:r>
            <w:proofErr w:type="gramEnd"/>
            <w:r w:rsid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родной язык русского языка.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4B4D5A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4B4D5A" w:rsidP="004B4D5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 и предложение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4B4D5A">
        <w:trPr>
          <w:trHeight w:hRule="exact" w:val="115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4B4D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120</w:t>
            </w:r>
            <w:r w:rsidR="008356F4"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4B4D5A">
            <w:pPr>
              <w:autoSpaceDE w:val="0"/>
              <w:autoSpaceDN w:val="0"/>
              <w:spacing w:before="98" w:after="0" w:line="278" w:lineRule="auto"/>
              <w:ind w:left="156" w:right="288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Предложение как группа слов, выражающая законченную мысль.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4B4D5A">
        <w:trPr>
          <w:trHeight w:hRule="exact" w:val="8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4B4D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4B4D5A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Диалог.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4B4D5A" w:rsidTr="004B4D5A">
        <w:trPr>
          <w:trHeight w:hRule="exact" w:val="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4B4D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4B4D5A" w:rsidP="007D0471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Слово. Роль слов в речи.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4B4D5A">
        <w:trPr>
          <w:trHeight w:hRule="exact" w:val="11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4B4D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123</w:t>
            </w:r>
            <w:r w:rsidR="008356F4"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4B4D5A" w:rsidP="004B4D5A">
            <w:pPr>
              <w:autoSpaceDE w:val="0"/>
              <w:autoSpaceDN w:val="0"/>
              <w:spacing w:before="98" w:after="0"/>
              <w:ind w:left="576" w:right="144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Слова-названия предметов, признаков и действий предметов и явлений.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 xml:space="preserve"> 03.24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4B4D5A" w:rsidTr="004B4D5A">
        <w:trPr>
          <w:trHeight w:hRule="exact" w:val="12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4B4D5A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4B4D5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Слова-названия предметов. Вежливые слова.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E404F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</w:t>
            </w:r>
            <w:r w:rsidR="00E404F0">
              <w:rPr>
                <w:lang w:val="ru-RU"/>
              </w:rPr>
              <w:t>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4B4D5A" w:rsidTr="00E82C7E">
        <w:trPr>
          <w:trHeight w:hRule="exact" w:val="17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4B4D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125</w:t>
            </w:r>
            <w:r w:rsidR="008356F4"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4B4D5A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Однозначные и многозначные слова. Слова близкие и противоположные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значению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ловари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русского языка.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E404F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E404F0">
              <w:rPr>
                <w:lang w:val="ru-RU"/>
              </w:rPr>
              <w:t>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7D0471">
        <w:trPr>
          <w:trHeight w:hRule="exact" w:val="13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E82C7E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126</w:t>
            </w:r>
            <w:r w:rsidR="008356F4"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82C7E" w:rsidP="007D0471">
            <w:pPr>
              <w:autoSpaceDE w:val="0"/>
              <w:autoSpaceDN w:val="0"/>
              <w:spacing w:before="98" w:after="0" w:line="274" w:lineRule="auto"/>
              <w:ind w:left="576" w:right="5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Слог. Деление слов на слоги.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4B4D5A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B4D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404F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04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Устный опрос;</w:t>
            </w:r>
          </w:p>
        </w:tc>
      </w:tr>
      <w:tr w:rsidR="008356F4" w:rsidRPr="00E82C7E" w:rsidTr="00E82C7E">
        <w:trPr>
          <w:trHeight w:hRule="exact" w:val="12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82C7E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127</w:t>
            </w:r>
            <w:r w:rsidR="008356F4"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E82C7E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008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Слово 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слог. Анализ слоговых моделей слов.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7D0471">
        <w:trPr>
          <w:trHeight w:hRule="exact" w:val="10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82C7E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128</w:t>
            </w:r>
            <w:r w:rsidR="008356F4"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E82C7E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Перенос </w:t>
            </w:r>
            <w:proofErr w:type="spellStart"/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</w:t>
            </w:r>
            <w:proofErr w:type="gramStart"/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равило</w:t>
            </w:r>
            <w:proofErr w:type="spellEnd"/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переноса слов.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82C7E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129</w:t>
            </w:r>
            <w:r w:rsidR="008356F4"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82C7E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Упражнения в переносе слов.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E82C7E" w:rsidTr="00874066">
        <w:trPr>
          <w:trHeight w:hRule="exact" w:val="85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82C7E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82C7E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Ударение. Ударные и безударные слоги.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404F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04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Устный опрос;</w:t>
            </w:r>
          </w:p>
        </w:tc>
      </w:tr>
      <w:tr w:rsidR="008356F4" w:rsidRPr="00E82C7E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C072D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E82C7E">
            <w:pPr>
              <w:autoSpaceDE w:val="0"/>
              <w:autoSpaceDN w:val="0"/>
              <w:spacing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Ударение. Развитие речи. Коллективное составление  основной части сказки.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404F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04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E82C7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82C7E" w:rsidRDefault="00E82C7E" w:rsidP="00E82C7E">
            <w:pPr>
              <w:autoSpaceDE w:val="0"/>
              <w:autoSpaceDN w:val="0"/>
              <w:spacing w:before="98" w:after="0" w:line="271" w:lineRule="auto"/>
              <w:ind w:left="576" w:right="144" w:hanging="576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Звуки и буквы.</w:t>
            </w:r>
          </w:p>
          <w:p w:rsidR="008356F4" w:rsidRPr="00D53121" w:rsidRDefault="00E82C7E" w:rsidP="00E82C7E">
            <w:pPr>
              <w:autoSpaceDE w:val="0"/>
              <w:autoSpaceDN w:val="0"/>
              <w:spacing w:before="98" w:after="0" w:line="271" w:lineRule="auto"/>
              <w:ind w:left="576" w:right="144" w:hanging="576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Смыслоразличительная роль звуков и бу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кв в сл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ове.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874066">
        <w:trPr>
          <w:trHeight w:hRule="exact" w:val="8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82C7E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Звуки и буквы. Условные звуковые обозначения.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82C7E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Русский алфавит или Азбука. Значение алфавита.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 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E82C7E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82C7E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E82C7E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Гласные звуки. Буквы, обозначающие гласные звуки.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82C7E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075CBF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</w:t>
            </w:r>
            <w:r w:rsid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75CBF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Гласные звуки. Буквы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,ё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,ю,я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их  функции в слове.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75CBF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82C7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  <w:r w:rsidRP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</w:tc>
      </w:tr>
      <w:tr w:rsidR="008356F4" w:rsidRPr="00075CBF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</w:t>
            </w:r>
            <w:r w:rsid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75CBF" w:rsidP="007D0471">
            <w:pPr>
              <w:autoSpaceDE w:val="0"/>
              <w:autoSpaceDN w:val="0"/>
              <w:spacing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Слова с буквой э. Слова с э, которые пришли в наш язык из других языков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75CBF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</w:t>
            </w:r>
            <w:r w:rsid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75CBF" w:rsidP="00075CBF">
            <w:pPr>
              <w:autoSpaceDE w:val="0"/>
              <w:autoSpaceDN w:val="0"/>
              <w:spacing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Ударные и безударные гласные.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075CBF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075CB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75CBF" w:rsidP="007D0471">
            <w:pPr>
              <w:autoSpaceDE w:val="0"/>
              <w:autoSpaceDN w:val="0"/>
              <w:spacing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Обозначение гласных звуков буквами в ударных и безударных слогах.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675200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075CBF" w:rsidTr="007D0471">
        <w:trPr>
          <w:trHeight w:hRule="exact" w:val="12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75CBF" w:rsidP="007D0471">
            <w:pPr>
              <w:autoSpaceDE w:val="0"/>
              <w:autoSpaceDN w:val="0"/>
              <w:spacing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гласных в ударных и безударных слогах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75CBF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C07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</w:tbl>
    <w:p w:rsidR="008356F4" w:rsidRPr="00075CBF" w:rsidRDefault="008356F4" w:rsidP="008356F4">
      <w:pPr>
        <w:autoSpaceDE w:val="0"/>
        <w:autoSpaceDN w:val="0"/>
        <w:spacing w:after="0" w:line="14" w:lineRule="exact"/>
        <w:rPr>
          <w:lang w:val="ru-RU"/>
        </w:rPr>
      </w:pPr>
    </w:p>
    <w:p w:rsidR="008356F4" w:rsidRPr="00075CBF" w:rsidRDefault="008356F4" w:rsidP="008356F4">
      <w:pPr>
        <w:rPr>
          <w:lang w:val="ru-RU"/>
        </w:rPr>
        <w:sectPr w:rsidR="008356F4" w:rsidRPr="00075CBF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Pr="00075CBF" w:rsidRDefault="008356F4" w:rsidP="008356F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Tr="00075CBF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AC072D" w:rsidRDefault="008356F4" w:rsidP="00075CB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C07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42</w:t>
            </w:r>
            <w:r w:rsidRPr="00AC07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075CBF" w:rsidP="007D0471">
            <w:pPr>
              <w:autoSpaceDE w:val="0"/>
              <w:autoSpaceDN w:val="0"/>
              <w:spacing w:after="0"/>
              <w:ind w:left="576" w:right="5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гласных в ударных и безударных слогах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lang w:val="ru-RU"/>
              </w:rPr>
              <w:t xml:space="preserve">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100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644494">
        <w:trPr>
          <w:trHeight w:hRule="exact" w:val="19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75CBF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43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075CBF" w:rsidRDefault="008356F4" w:rsidP="00075CBF">
            <w:pPr>
              <w:tabs>
                <w:tab w:val="left" w:pos="576"/>
              </w:tabs>
              <w:autoSpaceDE w:val="0"/>
              <w:autoSpaceDN w:val="0"/>
              <w:spacing w:after="0" w:line="262" w:lineRule="auto"/>
              <w:ind w:right="1008"/>
              <w:rPr>
                <w:lang w:val="ru-RU"/>
              </w:rPr>
            </w:pPr>
            <w:r w:rsidRP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75C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Наблюдение над словами, в которых безударные гласные проверить нельзя.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Проверочная работа.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 xml:space="preserve">    04.24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644494" w:rsidTr="00874066">
        <w:trPr>
          <w:trHeight w:hRule="exact" w:val="16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75CBF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44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644494">
            <w:pPr>
              <w:autoSpaceDE w:val="0"/>
              <w:autoSpaceDN w:val="0"/>
              <w:spacing w:after="0" w:line="281" w:lineRule="auto"/>
              <w:ind w:left="576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Согласные звуки и буквы, обозначающие согласные звуки. Проверочный словарный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64449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675200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</w:tr>
      <w:tr w:rsidR="008356F4" w:rsidRPr="00644494" w:rsidTr="00644494">
        <w:trPr>
          <w:trHeight w:hRule="exact" w:val="14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Удвоенные согласные. Перенос слов с удвоенными согласными.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EE4B97" w:rsidTr="00644494">
        <w:trPr>
          <w:trHeight w:hRule="exact" w:val="8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Слова с буквами Й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E404F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EE4B97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874066">
        <w:trPr>
          <w:trHeight w:hRule="exact" w:val="7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Твердые и мягкие согласные звуки.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E404F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 xml:space="preserve"> 0</w:t>
            </w:r>
            <w:r w:rsidR="00E404F0">
              <w:rPr>
                <w:lang w:val="ru-RU"/>
              </w:rPr>
              <w:t>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8B5701" w:rsidTr="00644494">
        <w:trPr>
          <w:trHeight w:hRule="exact" w:val="11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Парные и непарные по твердости-мягкости согласные звуки.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34535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8B5701" w:rsidTr="00874066">
        <w:trPr>
          <w:trHeight w:hRule="exact" w:val="10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Парные и непарные по твердости-мягкости согласные звуки.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345356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44494" w:rsidRPr="00644494" w:rsidTr="00874066">
        <w:trPr>
          <w:trHeight w:hRule="exact" w:val="9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Мягкий знак как показатель мягкости согласного звука.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Pr="008B5701" w:rsidRDefault="00345356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</w:t>
            </w:r>
            <w:r w:rsidR="00EA475A">
              <w:rPr>
                <w:lang w:val="ru-RU"/>
              </w:rPr>
              <w:t>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Pr="008B5701" w:rsidRDefault="00644494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44494" w:rsidRPr="00644494" w:rsidTr="007D0471">
        <w:trPr>
          <w:trHeight w:hRule="exact" w:val="19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7D0471">
            <w:pPr>
              <w:autoSpaceDE w:val="0"/>
              <w:autoSpaceDN w:val="0"/>
              <w:spacing w:after="0" w:line="281" w:lineRule="auto"/>
              <w:ind w:left="576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Обозначение мягкости согласного звука на конце слова и в середине слова буквой ь. Перенос слов с мягким знаком.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Default="0064449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Pr="008B5701" w:rsidRDefault="00345356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</w:t>
            </w:r>
            <w:r w:rsidR="00EA475A">
              <w:rPr>
                <w:lang w:val="ru-RU"/>
              </w:rPr>
              <w:t>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4494" w:rsidRPr="008B5701" w:rsidRDefault="00644494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</w:tbl>
    <w:p w:rsidR="008356F4" w:rsidRPr="008B5701" w:rsidRDefault="008356F4" w:rsidP="008356F4">
      <w:pPr>
        <w:autoSpaceDE w:val="0"/>
        <w:autoSpaceDN w:val="0"/>
        <w:spacing w:after="0" w:line="14" w:lineRule="exact"/>
        <w:rPr>
          <w:lang w:val="ru-RU"/>
        </w:rPr>
      </w:pPr>
    </w:p>
    <w:p w:rsidR="008356F4" w:rsidRPr="008B5701" w:rsidRDefault="008356F4" w:rsidP="008356F4">
      <w:pPr>
        <w:rPr>
          <w:lang w:val="ru-RU"/>
        </w:rPr>
        <w:sectPr w:rsidR="008356F4" w:rsidRPr="008B5701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6F4" w:rsidRPr="008B5701" w:rsidRDefault="008356F4" w:rsidP="008356F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356F4" w:rsidRPr="00644494" w:rsidTr="00874066">
        <w:trPr>
          <w:trHeight w:hRule="exact" w:val="14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644494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52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066" w:rsidRDefault="008356F4" w:rsidP="00874066">
            <w:pPr>
              <w:autoSpaceDE w:val="0"/>
              <w:autoSpaceDN w:val="0"/>
              <w:spacing w:after="0" w:line="271" w:lineRule="auto"/>
              <w:ind w:left="576" w:right="432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Мягкий</w:t>
            </w:r>
            <w:r w:rsidR="0087406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знак как</w:t>
            </w:r>
          </w:p>
          <w:p w:rsidR="008356F4" w:rsidRPr="00D53121" w:rsidRDefault="00644494" w:rsidP="00874066">
            <w:pPr>
              <w:autoSpaceDE w:val="0"/>
              <w:autoSpaceDN w:val="0"/>
              <w:spacing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показатель мягкости. Восстановление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RPr="00644494" w:rsidTr="007D047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644494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53</w:t>
            </w: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84DA4" w:rsidP="007D0471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>
              <w:rPr>
                <w:lang w:val="ru-RU"/>
              </w:rPr>
              <w:t>Глухие и звонкие согласные звуки.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356F4" w:rsidTr="00084DA4">
        <w:trPr>
          <w:trHeight w:hRule="exact" w:val="17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084DA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54</w:t>
            </w: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084DA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Наблюдение </w:t>
            </w:r>
            <w:proofErr w:type="gramStart"/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над</w:t>
            </w:r>
            <w:proofErr w:type="gramEnd"/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обозначение</w:t>
            </w:r>
            <w:proofErr w:type="gramEnd"/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парных по глухости-звонкости согласных звуков буквами.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64449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444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874066">
        <w:trPr>
          <w:trHeight w:hRule="exact" w:val="1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84DA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55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084DA4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Обозначение буквой парного по глухости </w:t>
            </w:r>
            <w:proofErr w:type="gramStart"/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–з</w:t>
            </w:r>
            <w:proofErr w:type="gramEnd"/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вонкости согласного звука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   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7D047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84DA4" w:rsidP="007D04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парных согласных в словах.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084DA4">
        <w:trPr>
          <w:trHeight w:hRule="exact" w:val="115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8356F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8356F4" w:rsidP="00084DA4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парных согласных на конце слов.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8B5701" w:rsidTr="0087406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</w:t>
            </w:r>
            <w:r w:rsidR="00084D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Шипящие согласные звуки.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675200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Tr="00874066">
        <w:trPr>
          <w:trHeight w:hRule="exact" w:val="8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Буквосочетания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чк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н,чт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F138BA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675200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356F4" w:rsidRPr="008B5701" w:rsidTr="00874066">
        <w:trPr>
          <w:trHeight w:hRule="exact" w:val="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D53121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-ши,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-ща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чу-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Default="008356F4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6F4" w:rsidRPr="008B5701" w:rsidRDefault="008356F4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84DA4" w:rsidRPr="00084DA4" w:rsidTr="00874066">
        <w:trPr>
          <w:trHeight w:hRule="exact" w:val="7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D53121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-ши,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-ща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чу-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EA475A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084DA4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84DA4" w:rsidRPr="00084DA4" w:rsidTr="007D0471">
        <w:trPr>
          <w:trHeight w:hRule="exact" w:val="1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D53121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слов с изученными сочетаниями. Проверочный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675200" w:rsidP="007D047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675200" w:rsidP="007D047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EA475A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084DA4" w:rsidRDefault="00675200" w:rsidP="007D047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</w:tr>
      <w:tr w:rsidR="00084DA4" w:rsidRPr="00084DA4" w:rsidTr="00084DA4">
        <w:trPr>
          <w:trHeight w:hRule="exact" w:val="7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Заглавная буква в словах.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EA475A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084DA4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84DA4" w:rsidRPr="00084DA4" w:rsidTr="00675200">
        <w:trPr>
          <w:trHeight w:hRule="exact" w:val="14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Заглавная буква в словах.</w:t>
            </w:r>
            <w:r w:rsidR="0067520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и обобщение 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EA475A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084DA4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84DA4" w:rsidRPr="00084DA4" w:rsidTr="00675200">
        <w:trPr>
          <w:trHeight w:hRule="exact" w:val="9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165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675200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Итоговая работа за 1 класс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675200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Default="00084DA4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8B5701" w:rsidRDefault="00EA475A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05.24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84DA4" w:rsidRPr="00675200" w:rsidRDefault="00675200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</w:tr>
      <w:tr w:rsidR="00675200" w:rsidRPr="00084DA4" w:rsidTr="00874066">
        <w:trPr>
          <w:trHeight w:hRule="exact" w:val="11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7D047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7D0471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F16130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F161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F161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75200" w:rsidRDefault="00675200" w:rsidP="00F1613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8356F4" w:rsidRPr="008B5701" w:rsidRDefault="008356F4" w:rsidP="008356F4">
      <w:pPr>
        <w:rPr>
          <w:lang w:val="ru-RU"/>
        </w:rPr>
        <w:sectPr w:rsidR="008356F4" w:rsidRPr="008B5701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75200" w:rsidRPr="00675200" w:rsidRDefault="00675200" w:rsidP="00675200">
      <w:pPr>
        <w:autoSpaceDE w:val="0"/>
        <w:autoSpaceDN w:val="0"/>
        <w:spacing w:after="0" w:line="230" w:lineRule="auto"/>
        <w:rPr>
          <w:lang w:val="ru-RU"/>
        </w:rPr>
      </w:pPr>
      <w:r w:rsidRPr="00675200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:rsidR="00675200" w:rsidRPr="00675200" w:rsidRDefault="00675200" w:rsidP="00675200">
      <w:pPr>
        <w:autoSpaceDE w:val="0"/>
        <w:autoSpaceDN w:val="0"/>
        <w:spacing w:before="346" w:after="0" w:line="230" w:lineRule="auto"/>
        <w:rPr>
          <w:lang w:val="ru-RU"/>
        </w:rPr>
      </w:pPr>
      <w:r w:rsidRPr="00675200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675200" w:rsidRPr="00D53121" w:rsidRDefault="00675200" w:rsidP="00675200">
      <w:pPr>
        <w:autoSpaceDE w:val="0"/>
        <w:autoSpaceDN w:val="0"/>
        <w:spacing w:before="166" w:after="0" w:line="286" w:lineRule="auto"/>
        <w:ind w:right="216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1.Канакина В.П.;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Горецкий В.Г. Русский язык. Учебник. 1 класс. /М.: Просвещение; </w:t>
      </w:r>
      <w:r w:rsidRPr="00D53121">
        <w:rPr>
          <w:lang w:val="ru-RU"/>
        </w:rPr>
        <w:br/>
      </w:r>
      <w:r w:rsidR="0006583F">
        <w:rPr>
          <w:rFonts w:ascii="Times New Roman" w:eastAsia="Times New Roman" w:hAnsi="Times New Roman"/>
          <w:color w:val="000000"/>
          <w:sz w:val="24"/>
          <w:lang w:val="ru-RU"/>
        </w:rPr>
        <w:t>2023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2.Канакина В.П.;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Горецкий В.Г. Русский язык. Методическое пособие.</w:t>
      </w:r>
      <w:r w:rsidR="0006583F">
        <w:rPr>
          <w:rFonts w:ascii="Times New Roman" w:eastAsia="Times New Roman" w:hAnsi="Times New Roman"/>
          <w:color w:val="000000"/>
          <w:sz w:val="24"/>
          <w:lang w:val="ru-RU"/>
        </w:rPr>
        <w:t xml:space="preserve"> 1 класс./ М.: Просвещение; 2023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г.; </w:t>
      </w:r>
      <w:r w:rsidRPr="00D53121">
        <w:rPr>
          <w:lang w:val="ru-RU"/>
        </w:rPr>
        <w:br/>
      </w:r>
    </w:p>
    <w:p w:rsidR="00675200" w:rsidRPr="00D53121" w:rsidRDefault="00675200" w:rsidP="00675200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75200" w:rsidRPr="00D53121" w:rsidRDefault="00675200" w:rsidP="00675200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1.Канакина В.П., Горецкий В.Г. Русский язык. Рабочие программы. 1-4</w:t>
      </w:r>
      <w:r w:rsidR="0006583F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классы. / М.: Просвещение, 2023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</w:t>
      </w:r>
    </w:p>
    <w:p w:rsidR="00675200" w:rsidRPr="00D53121" w:rsidRDefault="00675200" w:rsidP="00675200">
      <w:pPr>
        <w:autoSpaceDE w:val="0"/>
        <w:autoSpaceDN w:val="0"/>
        <w:spacing w:before="70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2.Канакина В.П. Русский язык. Тестовые задания. </w:t>
      </w:r>
      <w:r w:rsidR="0006583F">
        <w:rPr>
          <w:rFonts w:ascii="Times New Roman" w:eastAsia="Times New Roman" w:hAnsi="Times New Roman"/>
          <w:color w:val="000000"/>
          <w:sz w:val="24"/>
          <w:lang w:val="ru-RU"/>
        </w:rPr>
        <w:t>1 класс. / М.: Просвещение, 2023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</w:t>
      </w:r>
    </w:p>
    <w:p w:rsidR="00675200" w:rsidRPr="00D53121" w:rsidRDefault="00675200" w:rsidP="00675200">
      <w:pPr>
        <w:autoSpaceDE w:val="0"/>
        <w:autoSpaceDN w:val="0"/>
        <w:spacing w:before="70" w:after="0" w:line="262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3.Ковригина Т.В. Русский язык: обучение грамоте (обучение письму), технологические карты, 1 кл</w:t>
      </w:r>
      <w:r w:rsidR="0006583F">
        <w:rPr>
          <w:rFonts w:ascii="Times New Roman" w:eastAsia="Times New Roman" w:hAnsi="Times New Roman"/>
          <w:color w:val="000000"/>
          <w:sz w:val="24"/>
          <w:lang w:val="ru-RU"/>
        </w:rPr>
        <w:t>асс / Издательство «Учитель»2021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год</w:t>
      </w:r>
    </w:p>
    <w:p w:rsidR="00675200" w:rsidRPr="00D53121" w:rsidRDefault="00675200" w:rsidP="00675200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75200" w:rsidRPr="00D53121" w:rsidRDefault="00675200" w:rsidP="00675200">
      <w:pPr>
        <w:autoSpaceDE w:val="0"/>
        <w:autoSpaceDN w:val="0"/>
        <w:spacing w:before="166" w:after="0" w:line="271" w:lineRule="auto"/>
        <w:ind w:right="460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prezentaciya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russkomu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yaziku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situaciya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obscheniya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celi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D53121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obschenii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-2919316.</w:t>
      </w:r>
      <w:r>
        <w:rPr>
          <w:rFonts w:ascii="Times New Roman" w:eastAsia="Times New Roman" w:hAnsi="Times New Roman"/>
          <w:color w:val="000000"/>
          <w:sz w:val="24"/>
        </w:rPr>
        <w:t>html</w:t>
      </w:r>
    </w:p>
    <w:p w:rsidR="00675200" w:rsidRPr="00D53121" w:rsidRDefault="00675200" w:rsidP="00675200">
      <w:pPr>
        <w:autoSpaceDE w:val="0"/>
        <w:autoSpaceDN w:val="0"/>
        <w:spacing w:before="40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nachalnaya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shkola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/2022/02/08/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prezentatsiya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russkomu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teme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zaglavnaya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bukva</w:t>
      </w:r>
      <w:proofErr w:type="spellEnd"/>
    </w:p>
    <w:p w:rsidR="00675200" w:rsidRDefault="00675200" w:rsidP="00675200">
      <w:pPr>
        <w:rPr>
          <w:lang w:val="ru-RU"/>
        </w:rPr>
      </w:pPr>
    </w:p>
    <w:p w:rsidR="00675200" w:rsidRPr="00D53121" w:rsidRDefault="00675200" w:rsidP="00675200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75200" w:rsidRPr="00D53121" w:rsidRDefault="00675200" w:rsidP="00675200">
      <w:pPr>
        <w:autoSpaceDE w:val="0"/>
        <w:autoSpaceDN w:val="0"/>
        <w:spacing w:before="346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675200" w:rsidRPr="00D53121" w:rsidRDefault="00675200" w:rsidP="00675200">
      <w:pPr>
        <w:autoSpaceDE w:val="0"/>
        <w:autoSpaceDN w:val="0"/>
        <w:spacing w:before="166" w:after="0" w:line="271" w:lineRule="auto"/>
        <w:ind w:right="892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Классная доска.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Ноутбук.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Проектор</w:t>
      </w:r>
    </w:p>
    <w:p w:rsidR="00675200" w:rsidRPr="00D53121" w:rsidRDefault="00675200" w:rsidP="00675200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675200" w:rsidRPr="00986356" w:rsidRDefault="00675200" w:rsidP="00675200">
      <w:pPr>
        <w:autoSpaceDE w:val="0"/>
        <w:autoSpaceDN w:val="0"/>
        <w:spacing w:before="166" w:after="0" w:line="271" w:lineRule="auto"/>
        <w:ind w:right="8928"/>
        <w:rPr>
          <w:lang w:val="ru-RU"/>
        </w:rPr>
        <w:sectPr w:rsidR="00675200" w:rsidRPr="0098635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Классная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доска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Ноутбук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.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Проекто</w:t>
      </w:r>
      <w:proofErr w:type="spellEnd"/>
      <w:r w:rsidR="00E404F0">
        <w:rPr>
          <w:rFonts w:ascii="Times New Roman" w:eastAsia="Times New Roman" w:hAnsi="Times New Roman"/>
          <w:color w:val="000000"/>
          <w:sz w:val="24"/>
          <w:lang w:val="ru-RU"/>
        </w:rPr>
        <w:t>р</w:t>
      </w:r>
    </w:p>
    <w:p w:rsidR="00AB2A3C" w:rsidRPr="008B5701" w:rsidRDefault="00AB2A3C" w:rsidP="00AB2A3C">
      <w:pPr>
        <w:rPr>
          <w:lang w:val="ru-RU"/>
        </w:rPr>
        <w:sectPr w:rsidR="00AB2A3C" w:rsidRPr="008B5701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B2A3C" w:rsidRPr="00127FA9" w:rsidRDefault="00AB2A3C" w:rsidP="00E404F0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AB2A3C" w:rsidRPr="00127FA9" w:rsidSect="0083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DFF" w:rsidRDefault="007D5DFF" w:rsidP="00AB2A3C">
      <w:pPr>
        <w:spacing w:after="0" w:line="240" w:lineRule="auto"/>
      </w:pPr>
      <w:r>
        <w:separator/>
      </w:r>
    </w:p>
  </w:endnote>
  <w:endnote w:type="continuationSeparator" w:id="0">
    <w:p w:rsidR="007D5DFF" w:rsidRDefault="007D5DFF" w:rsidP="00AB2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erif">
    <w:altName w:val="Times New Roman"/>
    <w:panose1 w:val="02060603050605020204"/>
    <w:charset w:val="CC"/>
    <w:family w:val="roman"/>
    <w:pitch w:val="variable"/>
    <w:sig w:usb0="E40002FF" w:usb1="5200F9FB" w:usb2="0A04002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DFF" w:rsidRDefault="007D5DFF" w:rsidP="00AB2A3C">
      <w:pPr>
        <w:spacing w:after="0" w:line="240" w:lineRule="auto"/>
      </w:pPr>
      <w:r>
        <w:separator/>
      </w:r>
    </w:p>
  </w:footnote>
  <w:footnote w:type="continuationSeparator" w:id="0">
    <w:p w:rsidR="007D5DFF" w:rsidRDefault="007D5DFF" w:rsidP="00AB2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FA9"/>
    <w:rsid w:val="000228AA"/>
    <w:rsid w:val="0006583F"/>
    <w:rsid w:val="00075CBF"/>
    <w:rsid w:val="00084DA4"/>
    <w:rsid w:val="000A2D9C"/>
    <w:rsid w:val="00127FA9"/>
    <w:rsid w:val="00143DB3"/>
    <w:rsid w:val="00181965"/>
    <w:rsid w:val="001A2F5F"/>
    <w:rsid w:val="001D788D"/>
    <w:rsid w:val="002620C9"/>
    <w:rsid w:val="002F6310"/>
    <w:rsid w:val="00330E81"/>
    <w:rsid w:val="00345356"/>
    <w:rsid w:val="00353D6B"/>
    <w:rsid w:val="003D0C15"/>
    <w:rsid w:val="003D65FF"/>
    <w:rsid w:val="004777D8"/>
    <w:rsid w:val="004A690A"/>
    <w:rsid w:val="004B4D5A"/>
    <w:rsid w:val="005030B6"/>
    <w:rsid w:val="00552B70"/>
    <w:rsid w:val="005626B5"/>
    <w:rsid w:val="00565FAE"/>
    <w:rsid w:val="005F0471"/>
    <w:rsid w:val="0062655B"/>
    <w:rsid w:val="0063080D"/>
    <w:rsid w:val="00644494"/>
    <w:rsid w:val="00654922"/>
    <w:rsid w:val="00675200"/>
    <w:rsid w:val="006C4D56"/>
    <w:rsid w:val="006F1021"/>
    <w:rsid w:val="00710C27"/>
    <w:rsid w:val="007267D5"/>
    <w:rsid w:val="007828CF"/>
    <w:rsid w:val="007B0A31"/>
    <w:rsid w:val="007D0471"/>
    <w:rsid w:val="007D1864"/>
    <w:rsid w:val="007D5DFF"/>
    <w:rsid w:val="007E3779"/>
    <w:rsid w:val="008356F4"/>
    <w:rsid w:val="00841CC8"/>
    <w:rsid w:val="00874066"/>
    <w:rsid w:val="008904B2"/>
    <w:rsid w:val="00893EB6"/>
    <w:rsid w:val="008E026B"/>
    <w:rsid w:val="009212F6"/>
    <w:rsid w:val="009C4776"/>
    <w:rsid w:val="009F615F"/>
    <w:rsid w:val="00A301D1"/>
    <w:rsid w:val="00A415A4"/>
    <w:rsid w:val="00AA0129"/>
    <w:rsid w:val="00AB2A3C"/>
    <w:rsid w:val="00AD08B6"/>
    <w:rsid w:val="00AF6734"/>
    <w:rsid w:val="00B4706C"/>
    <w:rsid w:val="00B727CC"/>
    <w:rsid w:val="00BD21B9"/>
    <w:rsid w:val="00C354FE"/>
    <w:rsid w:val="00C47523"/>
    <w:rsid w:val="00CB6363"/>
    <w:rsid w:val="00D07BBA"/>
    <w:rsid w:val="00D26120"/>
    <w:rsid w:val="00E15B6F"/>
    <w:rsid w:val="00E404F0"/>
    <w:rsid w:val="00E5261D"/>
    <w:rsid w:val="00E61E3E"/>
    <w:rsid w:val="00E82C7E"/>
    <w:rsid w:val="00EA475A"/>
    <w:rsid w:val="00F133C7"/>
    <w:rsid w:val="00F16130"/>
    <w:rsid w:val="00F537E0"/>
    <w:rsid w:val="00F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27FA9"/>
    <w:rPr>
      <w:rFonts w:eastAsiaTheme="minorEastAsia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127F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127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127F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27F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27F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27F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27F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27F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27F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27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127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127FA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127FA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127FA9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127FA9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127FA9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127FA9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127F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header"/>
    <w:basedOn w:val="a1"/>
    <w:link w:val="a6"/>
    <w:uiPriority w:val="99"/>
    <w:unhideWhenUsed/>
    <w:rsid w:val="00127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127FA9"/>
    <w:rPr>
      <w:rFonts w:eastAsiaTheme="minorEastAsia"/>
      <w:lang w:val="en-US"/>
    </w:rPr>
  </w:style>
  <w:style w:type="paragraph" w:styleId="a7">
    <w:name w:val="footer"/>
    <w:basedOn w:val="a1"/>
    <w:link w:val="a8"/>
    <w:uiPriority w:val="99"/>
    <w:unhideWhenUsed/>
    <w:rsid w:val="00127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127FA9"/>
    <w:rPr>
      <w:rFonts w:eastAsiaTheme="minorEastAsia"/>
      <w:lang w:val="en-US"/>
    </w:rPr>
  </w:style>
  <w:style w:type="paragraph" w:styleId="a9">
    <w:name w:val="No Spacing"/>
    <w:uiPriority w:val="1"/>
    <w:qFormat/>
    <w:rsid w:val="00127FA9"/>
    <w:pPr>
      <w:spacing w:after="0" w:line="240" w:lineRule="auto"/>
    </w:pPr>
    <w:rPr>
      <w:rFonts w:eastAsiaTheme="minorEastAsia"/>
      <w:lang w:val="en-US"/>
    </w:rPr>
  </w:style>
  <w:style w:type="paragraph" w:styleId="aa">
    <w:name w:val="Title"/>
    <w:basedOn w:val="a1"/>
    <w:next w:val="a1"/>
    <w:link w:val="ab"/>
    <w:uiPriority w:val="10"/>
    <w:qFormat/>
    <w:rsid w:val="00127F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127F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1"/>
    <w:next w:val="a1"/>
    <w:link w:val="ad"/>
    <w:uiPriority w:val="11"/>
    <w:qFormat/>
    <w:rsid w:val="00127F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127F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e">
    <w:name w:val="List Paragraph"/>
    <w:basedOn w:val="a1"/>
    <w:uiPriority w:val="34"/>
    <w:qFormat/>
    <w:rsid w:val="00127FA9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127FA9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127FA9"/>
    <w:rPr>
      <w:rFonts w:eastAsiaTheme="minorEastAsia"/>
      <w:lang w:val="en-US"/>
    </w:rPr>
  </w:style>
  <w:style w:type="paragraph" w:styleId="23">
    <w:name w:val="Body Text 2"/>
    <w:basedOn w:val="a1"/>
    <w:link w:val="24"/>
    <w:uiPriority w:val="99"/>
    <w:unhideWhenUsed/>
    <w:rsid w:val="00127FA9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127FA9"/>
    <w:rPr>
      <w:rFonts w:eastAsiaTheme="minorEastAsia"/>
      <w:lang w:val="en-US"/>
    </w:rPr>
  </w:style>
  <w:style w:type="paragraph" w:styleId="33">
    <w:name w:val="Body Text 3"/>
    <w:basedOn w:val="a1"/>
    <w:link w:val="34"/>
    <w:uiPriority w:val="99"/>
    <w:unhideWhenUsed/>
    <w:rsid w:val="00127FA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127FA9"/>
    <w:rPr>
      <w:rFonts w:eastAsiaTheme="minorEastAsia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127FA9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127FA9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127FA9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127FA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127FA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127FA9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127FA9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127FA9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127FA9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127FA9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127FA9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127FA9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127FA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127FA9"/>
    <w:rPr>
      <w:rFonts w:ascii="Courier" w:eastAsiaTheme="minorEastAsia" w:hAnsi="Courier"/>
      <w:sz w:val="20"/>
      <w:szCs w:val="20"/>
      <w:lang w:val="en-US"/>
    </w:rPr>
  </w:style>
  <w:style w:type="paragraph" w:styleId="27">
    <w:name w:val="Quote"/>
    <w:basedOn w:val="a1"/>
    <w:next w:val="a1"/>
    <w:link w:val="28"/>
    <w:uiPriority w:val="29"/>
    <w:qFormat/>
    <w:rsid w:val="00127FA9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127FA9"/>
    <w:rPr>
      <w:rFonts w:eastAsiaTheme="minorEastAsia"/>
      <w:i/>
      <w:iCs/>
      <w:color w:val="000000" w:themeColor="text1"/>
      <w:lang w:val="en-US"/>
    </w:rPr>
  </w:style>
  <w:style w:type="paragraph" w:styleId="af5">
    <w:name w:val="caption"/>
    <w:basedOn w:val="a1"/>
    <w:next w:val="a1"/>
    <w:uiPriority w:val="35"/>
    <w:semiHidden/>
    <w:unhideWhenUsed/>
    <w:qFormat/>
    <w:rsid w:val="00127FA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127FA9"/>
    <w:rPr>
      <w:b/>
      <w:bCs/>
    </w:rPr>
  </w:style>
  <w:style w:type="character" w:styleId="af7">
    <w:name w:val="Emphasis"/>
    <w:basedOn w:val="a2"/>
    <w:uiPriority w:val="20"/>
    <w:qFormat/>
    <w:rsid w:val="00127FA9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127F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127FA9"/>
    <w:rPr>
      <w:rFonts w:eastAsiaTheme="minorEastAsia"/>
      <w:b/>
      <w:bCs/>
      <w:i/>
      <w:iCs/>
      <w:color w:val="4F81BD" w:themeColor="accent1"/>
      <w:lang w:val="en-US"/>
    </w:rPr>
  </w:style>
  <w:style w:type="character" w:styleId="afa">
    <w:name w:val="Subtle Emphasis"/>
    <w:basedOn w:val="a2"/>
    <w:uiPriority w:val="19"/>
    <w:qFormat/>
    <w:rsid w:val="00127FA9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127FA9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127FA9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127FA9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127FA9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127FA9"/>
    <w:pPr>
      <w:outlineLvl w:val="9"/>
    </w:pPr>
  </w:style>
  <w:style w:type="table" w:styleId="aff0">
    <w:name w:val="Table Grid"/>
    <w:basedOn w:val="a3"/>
    <w:uiPriority w:val="59"/>
    <w:rsid w:val="00127FA9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ветлая заливка1"/>
    <w:basedOn w:val="a3"/>
    <w:uiPriority w:val="60"/>
    <w:rsid w:val="00127FA9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127FA9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127FA9"/>
    <w:pPr>
      <w:spacing w:after="0" w:line="240" w:lineRule="auto"/>
    </w:pPr>
    <w:rPr>
      <w:rFonts w:eastAsiaTheme="minorEastAsia"/>
      <w:color w:val="943634" w:themeColor="accent2" w:themeShade="BF"/>
      <w:lang w:val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127FA9"/>
    <w:pPr>
      <w:spacing w:after="0" w:line="240" w:lineRule="auto"/>
    </w:pPr>
    <w:rPr>
      <w:rFonts w:eastAsiaTheme="minorEastAsia"/>
      <w:color w:val="76923C" w:themeColor="accent3" w:themeShade="BF"/>
      <w:lang w:val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127FA9"/>
    <w:pPr>
      <w:spacing w:after="0" w:line="240" w:lineRule="auto"/>
    </w:pPr>
    <w:rPr>
      <w:rFonts w:eastAsiaTheme="minorEastAsia"/>
      <w:color w:val="5F497A" w:themeColor="accent4" w:themeShade="BF"/>
      <w:lang w:val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127FA9"/>
    <w:pPr>
      <w:spacing w:after="0" w:line="240" w:lineRule="auto"/>
    </w:pPr>
    <w:rPr>
      <w:rFonts w:eastAsiaTheme="minorEastAsia"/>
      <w:color w:val="31849B" w:themeColor="accent5" w:themeShade="BF"/>
      <w:lang w:val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127FA9"/>
    <w:pPr>
      <w:spacing w:after="0" w:line="240" w:lineRule="auto"/>
    </w:pPr>
    <w:rPr>
      <w:rFonts w:eastAsiaTheme="minorEastAsia"/>
      <w:color w:val="E36C0A" w:themeColor="accent6" w:themeShade="BF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ветлый список1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3">
    <w:name w:val="Светлая сетка1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10">
    <w:name w:val="Средняя заливка 11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Средний список 1 - Акцент 11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211">
    <w:name w:val="Средний список 21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12">
    <w:name w:val="Средняя сетка 21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127F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127FA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4">
    <w:name w:val="Темный список1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127FA9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5">
    <w:name w:val="Цветная заливка1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6">
    <w:name w:val="Цветной список1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7">
    <w:name w:val="Цветная сетка1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127FA9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1">
    <w:name w:val="Balloon Text"/>
    <w:basedOn w:val="a1"/>
    <w:link w:val="aff2"/>
    <w:uiPriority w:val="99"/>
    <w:semiHidden/>
    <w:unhideWhenUsed/>
    <w:rsid w:val="00AB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AB2A3C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41</Pages>
  <Words>9492</Words>
  <Characters>54111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Matrix</cp:lastModifiedBy>
  <cp:revision>26</cp:revision>
  <dcterms:created xsi:type="dcterms:W3CDTF">2022-09-03T11:07:00Z</dcterms:created>
  <dcterms:modified xsi:type="dcterms:W3CDTF">2023-09-05T17:42:00Z</dcterms:modified>
</cp:coreProperties>
</file>